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AC341" w14:textId="77777777" w:rsidR="00B65D6C" w:rsidRDefault="004B40FC">
      <w:pPr>
        <w:spacing w:after="80"/>
        <w:jc w:val="center"/>
      </w:pPr>
      <w:r>
        <w:rPr>
          <w:b/>
          <w:color w:val="2F5496"/>
          <w:sz w:val="30"/>
        </w:rPr>
        <w:t>DECLARACIÓN RESPONSABLE DE LA PERSONA CANDIDATA PREDOCTORAL</w:t>
      </w:r>
    </w:p>
    <w:p w14:paraId="64E15AAB" w14:textId="77777777" w:rsidR="00B65D6C" w:rsidRDefault="004B40FC">
      <w:pPr>
        <w:spacing w:after="360"/>
        <w:jc w:val="center"/>
      </w:pPr>
      <w:r>
        <w:rPr>
          <w:i/>
          <w:color w:val="4472C4"/>
          <w:sz w:val="21"/>
        </w:rPr>
        <w:t>Programa para el Apoyo a la Contratación y Estabilización de Investigadores/as e Innovadores/as con Talento — Plan GenT2 (Convocatoria 2027 | Modalidad INGENT)</w:t>
      </w:r>
    </w:p>
    <w:p w14:paraId="34604BF5" w14:textId="77777777" w:rsidR="00B65D6C" w:rsidRDefault="004B40FC">
      <w:pPr>
        <w:spacing w:before="240" w:after="120"/>
      </w:pPr>
      <w:r>
        <w:rPr>
          <w:b/>
          <w:color w:val="2F5496"/>
          <w:sz w:val="24"/>
        </w:rPr>
        <w:t xml:space="preserve">1. DATOS DE LA PERSONA </w:t>
      </w:r>
      <w:r>
        <w:rPr>
          <w:b/>
          <w:color w:val="2F5496"/>
          <w:sz w:val="24"/>
        </w:rPr>
        <w:t>CANDIDATA PREDOCTORAL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5616"/>
      </w:tblGrid>
      <w:tr w:rsidR="00B65D6C" w14:paraId="42720DFC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EB6D0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Nombre y Apellidos: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84E55" w14:textId="77777777" w:rsidR="00B65D6C" w:rsidRDefault="004B40FC">
            <w:pPr>
              <w:spacing w:after="0"/>
            </w:pPr>
            <w:r>
              <w:rPr>
                <w:sz w:val="20"/>
              </w:rPr>
              <w:t xml:space="preserve">D. / Dña. </w:t>
            </w:r>
          </w:p>
        </w:tc>
      </w:tr>
      <w:tr w:rsidR="00B65D6C" w14:paraId="05A01F1E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F672C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N.I.F. / NIE / Pasaporte: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75C8AC" w14:textId="77777777" w:rsidR="00B65D6C" w:rsidRDefault="004B40FC">
            <w:pPr>
              <w:spacing w:after="0"/>
            </w:pPr>
            <w:r>
              <w:rPr>
                <w:sz w:val="20"/>
              </w:rPr>
              <w:t>[Completar]</w:t>
            </w:r>
          </w:p>
        </w:tc>
      </w:tr>
      <w:tr w:rsidR="00B65D6C" w14:paraId="15442DC7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670F3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Titulación Universitaria de Acceso: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81D2D" w14:textId="77777777" w:rsidR="00B65D6C" w:rsidRDefault="004B40FC">
            <w:pPr>
              <w:spacing w:after="0"/>
            </w:pPr>
            <w:r>
              <w:rPr>
                <w:sz w:val="20"/>
              </w:rPr>
              <w:t xml:space="preserve">Grado / Licenciatura / Máster en </w:t>
            </w:r>
          </w:p>
        </w:tc>
      </w:tr>
      <w:tr w:rsidR="00B65D6C" w14:paraId="3F1403AD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CEA61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Universidad de Expedición del Título: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88931" w14:textId="77777777" w:rsidR="00B65D6C" w:rsidRDefault="004B40FC">
            <w:pPr>
              <w:spacing w:after="0"/>
            </w:pPr>
            <w:r>
              <w:rPr>
                <w:sz w:val="20"/>
              </w:rPr>
              <w:t>[Completar]</w:t>
            </w:r>
          </w:p>
        </w:tc>
      </w:tr>
      <w:tr w:rsidR="00B65D6C" w14:paraId="614BB028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DECBE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Programa de Doctorado UMH (Admitido/Preadmitido):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0409D" w14:textId="77777777" w:rsidR="00B65D6C" w:rsidRDefault="004B40FC">
            <w:pPr>
              <w:spacing w:after="0"/>
            </w:pPr>
            <w:r>
              <w:rPr>
                <w:sz w:val="20"/>
              </w:rPr>
              <w:t>[Completar]</w:t>
            </w:r>
          </w:p>
        </w:tc>
      </w:tr>
    </w:tbl>
    <w:p w14:paraId="2FB1E8AA" w14:textId="77777777" w:rsidR="00B65D6C" w:rsidRDefault="00B65D6C">
      <w:pPr>
        <w:spacing w:after="120"/>
      </w:pPr>
    </w:p>
    <w:p w14:paraId="57379E71" w14:textId="77777777" w:rsidR="00B65D6C" w:rsidRDefault="004B40FC">
      <w:pPr>
        <w:spacing w:before="240" w:after="120"/>
      </w:pPr>
      <w:r>
        <w:rPr>
          <w:b/>
          <w:color w:val="2F5496"/>
          <w:sz w:val="24"/>
        </w:rPr>
        <w:t>2. DATOS DE LA TESIS INDUSTRIAL Y ENTIDAD COLABORADORA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5616"/>
      </w:tblGrid>
      <w:tr w:rsidR="00B65D6C" w14:paraId="6441B54B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64958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Título del Proyecto / Tesis Doctoral Industrial: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F864D9" w14:textId="77777777" w:rsidR="00B65D6C" w:rsidRDefault="004B40FC">
            <w:pPr>
              <w:spacing w:after="0"/>
            </w:pPr>
            <w:r>
              <w:rPr>
                <w:sz w:val="20"/>
              </w:rPr>
              <w:t>[Título de la propuesta]</w:t>
            </w:r>
          </w:p>
        </w:tc>
      </w:tr>
      <w:tr w:rsidR="00B65D6C" w14:paraId="663F100E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4DDA1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Director/a de Tesis / Tutor/a UMH: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74C18" w14:textId="77777777" w:rsidR="00B65D6C" w:rsidRDefault="004B40FC">
            <w:pPr>
              <w:spacing w:after="0"/>
            </w:pPr>
            <w:r>
              <w:rPr>
                <w:sz w:val="20"/>
              </w:rPr>
              <w:t xml:space="preserve">Dr./Dra. </w:t>
            </w:r>
          </w:p>
        </w:tc>
      </w:tr>
      <w:tr w:rsidR="00B65D6C" w14:paraId="0E9B8074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7D309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Entidad Colaboradora (Empresa / Admón. Pública):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7D3F6" w14:textId="77777777" w:rsidR="00B65D6C" w:rsidRDefault="004B40FC">
            <w:pPr>
              <w:spacing w:after="0"/>
            </w:pPr>
            <w:r>
              <w:rPr>
                <w:sz w:val="20"/>
              </w:rPr>
              <w:t>[Nombre de la entidad valenciana]</w:t>
            </w:r>
          </w:p>
        </w:tc>
      </w:tr>
      <w:tr w:rsidR="00B65D6C" w14:paraId="05B9A774" w14:textId="77777777">
        <w:trPr>
          <w:jc w:val="center"/>
        </w:trPr>
        <w:tc>
          <w:tcPr>
            <w:tcW w:w="3744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B8DD2" w14:textId="77777777" w:rsidR="00B65D6C" w:rsidRDefault="004B40FC">
            <w:pPr>
              <w:spacing w:after="0"/>
            </w:pPr>
            <w:r>
              <w:rPr>
                <w:b/>
                <w:color w:val="2F5496"/>
                <w:sz w:val="20"/>
              </w:rPr>
              <w:t>C.I.F. de la Entidad Colaboradora:</w:t>
            </w:r>
          </w:p>
        </w:tc>
        <w:tc>
          <w:tcPr>
            <w:tcW w:w="561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CAD85" w14:textId="77777777" w:rsidR="00B65D6C" w:rsidRDefault="004B40FC">
            <w:pPr>
              <w:spacing w:after="0"/>
            </w:pPr>
            <w:r>
              <w:rPr>
                <w:sz w:val="20"/>
              </w:rPr>
              <w:t>[Completar]</w:t>
            </w:r>
          </w:p>
        </w:tc>
      </w:tr>
    </w:tbl>
    <w:p w14:paraId="3E59C257" w14:textId="77777777" w:rsidR="00B65D6C" w:rsidRDefault="00B65D6C">
      <w:pPr>
        <w:spacing w:after="120"/>
      </w:pPr>
    </w:p>
    <w:p w14:paraId="14815C19" w14:textId="77777777" w:rsidR="00B65D6C" w:rsidRDefault="004B40FC">
      <w:pPr>
        <w:spacing w:before="280" w:after="160"/>
      </w:pPr>
      <w:r>
        <w:rPr>
          <w:b/>
          <w:color w:val="2F5496"/>
          <w:sz w:val="24"/>
        </w:rPr>
        <w:t>3. DECLARACIÓN RESPONSABLE</w:t>
      </w:r>
    </w:p>
    <w:p w14:paraId="41B6F26A" w14:textId="77777777" w:rsidR="00B65D6C" w:rsidRDefault="004B40FC" w:rsidP="004B40FC">
      <w:pPr>
        <w:spacing w:after="160"/>
        <w:jc w:val="both"/>
      </w:pPr>
      <w:r>
        <w:rPr>
          <w:sz w:val="21"/>
        </w:rPr>
        <w:t xml:space="preserve">El/la abajo firmante, a efectos de solicitar la subvención para la realización de una tesis doctoral industrial de excelencia en el marco de la convocatoria Plan GenT2 2027 (Modalidad INGENT), regulada por la Orden 7/2025, de 22 de abril, consolidada tras su modificación por la Orden 10/2026, de 9 de junio, y convocada mediante Resolución de 8 de septiembre de 2026, </w:t>
      </w:r>
      <w:r>
        <w:rPr>
          <w:b/>
          <w:color w:val="2F5496"/>
          <w:sz w:val="21"/>
        </w:rPr>
        <w:t>DECLARA BAJO SU RESPONSABILIDAD:</w:t>
      </w:r>
    </w:p>
    <w:p w14:paraId="227EA35A" w14:textId="01EFE3C2" w:rsidR="00B65D6C" w:rsidRDefault="004B40FC" w:rsidP="004B40FC">
      <w:pPr>
        <w:spacing w:before="60" w:after="100"/>
        <w:ind w:left="360"/>
        <w:jc w:val="both"/>
      </w:pPr>
      <w:r>
        <w:rPr>
          <w:b/>
          <w:color w:val="2F5496"/>
          <w:sz w:val="20"/>
        </w:rPr>
        <w:t xml:space="preserve">3.1. </w:t>
      </w:r>
      <w:r>
        <w:rPr>
          <w:sz w:val="20"/>
        </w:rPr>
        <w:t>Que se encuentra admitido/a o preadmitido/a en un programa oficial de doctorado de la Universidad Miguel Hernández de Elche (UMH) para el desarrollo de la tesis doctoral industrial propuesta.</w:t>
      </w:r>
    </w:p>
    <w:p w14:paraId="6F4D7B2D" w14:textId="6B013BE7" w:rsidR="00B65D6C" w:rsidRDefault="004B40FC" w:rsidP="004B40FC">
      <w:pPr>
        <w:spacing w:before="60" w:after="100"/>
        <w:ind w:left="360"/>
        <w:jc w:val="both"/>
      </w:pPr>
      <w:r>
        <w:rPr>
          <w:b/>
          <w:color w:val="2F5496"/>
          <w:sz w:val="20"/>
        </w:rPr>
        <w:t xml:space="preserve">3.2. </w:t>
      </w:r>
      <w:r>
        <w:rPr>
          <w:sz w:val="20"/>
        </w:rPr>
        <w:t>Que NO se encuentra en posesión del título de doctor o doctora a la fecha de presentación de la solicitud ni con anterioridad al inicio del disfrute de la ayuda.</w:t>
      </w:r>
    </w:p>
    <w:p w14:paraId="05292579" w14:textId="2963F021" w:rsidR="00B65D6C" w:rsidRDefault="004B40FC" w:rsidP="004B40FC">
      <w:pPr>
        <w:spacing w:before="60" w:after="100"/>
        <w:ind w:left="360"/>
        <w:jc w:val="both"/>
      </w:pPr>
      <w:r>
        <w:rPr>
          <w:b/>
          <w:color w:val="2F5496"/>
          <w:sz w:val="20"/>
        </w:rPr>
        <w:lastRenderedPageBreak/>
        <w:t xml:space="preserve">3.3. </w:t>
      </w:r>
      <w:r>
        <w:rPr>
          <w:sz w:val="20"/>
        </w:rPr>
        <w:t>Que NO ha disfrutado con anterioridad de una ayuda o contrato predoctoral de análoga naturaleza por un periodo de tiempo superior a un (1) año (12 meses).</w:t>
      </w:r>
      <w:r>
        <w:rPr>
          <w:sz w:val="20"/>
        </w:rPr>
        <w:t>.</w:t>
      </w:r>
    </w:p>
    <w:p w14:paraId="168F4709" w14:textId="79FFD90F" w:rsidR="00B65D6C" w:rsidRDefault="004B40FC" w:rsidP="004B40FC">
      <w:pPr>
        <w:spacing w:before="60" w:after="100"/>
        <w:ind w:left="360"/>
        <w:jc w:val="both"/>
      </w:pPr>
      <w:r>
        <w:rPr>
          <w:b/>
          <w:color w:val="2F5496"/>
          <w:sz w:val="20"/>
        </w:rPr>
        <w:t xml:space="preserve">3.4. </w:t>
      </w:r>
      <w:r w:rsidRPr="004B40FC">
        <w:rPr>
          <w:bCs/>
          <w:color w:val="auto"/>
          <w:sz w:val="20"/>
        </w:rPr>
        <w:t>Q</w:t>
      </w:r>
      <w:r w:rsidRPr="004B40FC">
        <w:rPr>
          <w:bCs/>
          <w:color w:val="auto"/>
          <w:sz w:val="20"/>
        </w:rPr>
        <w:t>u</w:t>
      </w:r>
      <w:r>
        <w:rPr>
          <w:sz w:val="20"/>
        </w:rPr>
        <w:t>e toda la información contenida en la solicitud, el Currículum Vitae Abreviado (CVA), la memoria científica y la documentación justificativa aportada es rigurosamente cierta y veraz.</w:t>
      </w:r>
    </w:p>
    <w:p w14:paraId="11A4E0F7" w14:textId="571DD7CC" w:rsidR="00B65D6C" w:rsidRDefault="004B40FC" w:rsidP="004B40FC">
      <w:pPr>
        <w:spacing w:before="60" w:after="100"/>
        <w:ind w:left="360"/>
        <w:jc w:val="both"/>
      </w:pPr>
      <w:r>
        <w:rPr>
          <w:b/>
          <w:color w:val="2F5496"/>
          <w:sz w:val="20"/>
        </w:rPr>
        <w:t>3.5</w:t>
      </w:r>
      <w:r>
        <w:rPr>
          <w:b/>
          <w:color w:val="2F5496"/>
          <w:sz w:val="20"/>
        </w:rPr>
        <w:t xml:space="preserve">. </w:t>
      </w:r>
      <w:r>
        <w:rPr>
          <w:sz w:val="20"/>
        </w:rPr>
        <w:t xml:space="preserve">Que se compromete a incorporarse al centro de trabajo en la fecha fijada y a mantener dedicación a tiempo completo para el desarrollo de la tesis doctoral industrial, </w:t>
      </w:r>
      <w:r>
        <w:rPr>
          <w:sz w:val="20"/>
        </w:rPr>
        <w:t>cumpliendo con las obligaciones de difusión y publicidad institucional establecidas en las bases reguladoras.</w:t>
      </w:r>
    </w:p>
    <w:p w14:paraId="7D571C26" w14:textId="2EEC9D5A" w:rsidR="00B65D6C" w:rsidRDefault="004B40FC" w:rsidP="004B40FC">
      <w:pPr>
        <w:spacing w:before="200" w:after="360"/>
        <w:jc w:val="both"/>
        <w:rPr>
          <w:i/>
          <w:sz w:val="19"/>
        </w:rPr>
      </w:pPr>
      <w:r>
        <w:rPr>
          <w:i/>
          <w:sz w:val="19"/>
        </w:rPr>
        <w:t xml:space="preserve">Y para que conste a los efectos oportunos ante la Universidad Miguel Hernández de Elche y la Conselleria de Educación, Cultura y Universidades de la Generalitat Valenciana, firma la presente declaración responsable </w:t>
      </w:r>
    </w:p>
    <w:p w14:paraId="07B695FB" w14:textId="77777777" w:rsidR="004B40FC" w:rsidRDefault="004B40FC" w:rsidP="004B40FC">
      <w:pPr>
        <w:spacing w:before="200" w:after="360"/>
        <w:jc w:val="both"/>
        <w:rPr>
          <w:i/>
          <w:sz w:val="19"/>
        </w:rPr>
      </w:pPr>
    </w:p>
    <w:p w14:paraId="7775CB69" w14:textId="77777777" w:rsidR="004B40FC" w:rsidRDefault="004B40FC" w:rsidP="004B40FC">
      <w:pPr>
        <w:spacing w:before="200" w:after="360"/>
        <w:jc w:val="both"/>
      </w:pPr>
    </w:p>
    <w:p w14:paraId="11DFD565" w14:textId="77777777" w:rsidR="00B65D6C" w:rsidRDefault="004B40FC">
      <w:pPr>
        <w:spacing w:after="480"/>
      </w:pPr>
      <w:r>
        <w:rPr>
          <w:sz w:val="21"/>
        </w:rPr>
        <w:t>En ________________________, a _____ de ____________________ de 2026.</w:t>
      </w:r>
    </w:p>
    <w:p w14:paraId="700D2B29" w14:textId="77777777" w:rsidR="004B40FC" w:rsidRDefault="004B40FC">
      <w:pPr>
        <w:spacing w:after="0"/>
        <w:jc w:val="center"/>
        <w:rPr>
          <w:b/>
          <w:sz w:val="21"/>
        </w:rPr>
      </w:pPr>
    </w:p>
    <w:p w14:paraId="0D17ED2F" w14:textId="77777777" w:rsidR="004B40FC" w:rsidRDefault="004B40FC">
      <w:pPr>
        <w:spacing w:after="0"/>
        <w:jc w:val="center"/>
        <w:rPr>
          <w:b/>
          <w:sz w:val="21"/>
        </w:rPr>
      </w:pPr>
    </w:p>
    <w:p w14:paraId="530A3345" w14:textId="443DACB8" w:rsidR="00B65D6C" w:rsidRDefault="004B40FC">
      <w:pPr>
        <w:spacing w:after="0"/>
        <w:jc w:val="center"/>
      </w:pPr>
      <w:r>
        <w:rPr>
          <w:b/>
          <w:sz w:val="21"/>
        </w:rPr>
        <w:t>Firma de la Persona Candidata Predoctoral:</w:t>
      </w:r>
      <w:r>
        <w:rPr>
          <w:b/>
          <w:sz w:val="21"/>
        </w:rPr>
        <w:br/>
      </w:r>
      <w:r>
        <w:rPr>
          <w:b/>
          <w:sz w:val="21"/>
        </w:rPr>
        <w:br/>
      </w:r>
      <w:r>
        <w:rPr>
          <w:b/>
          <w:sz w:val="21"/>
        </w:rPr>
        <w:br/>
      </w:r>
      <w:r>
        <w:rPr>
          <w:b/>
          <w:sz w:val="21"/>
        </w:rPr>
        <w:br/>
        <w:t>___________________________________________________</w:t>
      </w:r>
      <w:r>
        <w:rPr>
          <w:b/>
          <w:sz w:val="21"/>
        </w:rPr>
        <w:br/>
      </w:r>
      <w:r>
        <w:rPr>
          <w:sz w:val="20"/>
        </w:rPr>
        <w:t>Fdo.: [Nombre y Apellidos del Candidato/a]</w:t>
      </w:r>
    </w:p>
    <w:sectPr w:rsidR="00B65D6C" w:rsidSect="004B40FC">
      <w:headerReference w:type="default" r:id="rId8"/>
      <w:footerReference w:type="default" r:id="rId9"/>
      <w:pgSz w:w="12240" w:h="15840"/>
      <w:pgMar w:top="241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5536B" w14:textId="77777777" w:rsidR="004B40FC" w:rsidRDefault="004B40FC">
      <w:pPr>
        <w:spacing w:after="0" w:line="240" w:lineRule="auto"/>
      </w:pPr>
      <w:r>
        <w:separator/>
      </w:r>
    </w:p>
  </w:endnote>
  <w:endnote w:type="continuationSeparator" w:id="0">
    <w:p w14:paraId="361AF0DB" w14:textId="77777777" w:rsidR="004B40FC" w:rsidRDefault="004B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AF5D3" w14:textId="77777777" w:rsidR="00B65D6C" w:rsidRDefault="004B40FC">
    <w:pPr>
      <w:pStyle w:val="Piedepgina"/>
      <w:jc w:val="center"/>
    </w:pPr>
    <w:r>
      <w:t>Programa Plan GenT2 - Convocatoria 2027 (Modalidad INGENT) | Página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C1A53" w14:textId="77777777" w:rsidR="004B40FC" w:rsidRDefault="004B40FC">
      <w:pPr>
        <w:spacing w:after="0" w:line="240" w:lineRule="auto"/>
      </w:pPr>
      <w:r>
        <w:separator/>
      </w:r>
    </w:p>
  </w:footnote>
  <w:footnote w:type="continuationSeparator" w:id="0">
    <w:p w14:paraId="3211E69E" w14:textId="77777777" w:rsidR="004B40FC" w:rsidRDefault="004B4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A14A5" w14:textId="77777777" w:rsidR="00B65D6C" w:rsidRDefault="004B40FC" w:rsidP="004B40FC">
    <w:pPr>
      <w:pStyle w:val="Encabezado"/>
    </w:pPr>
    <w:r>
      <w:t>UNIVERSIDAD MIGUEL HERNÁNDEZ DE ELCHE | SERVICIO DE GESTIÓN DE LA INVESTIGACIÓN (SGI)</w:t>
    </w:r>
  </w:p>
  <w:p w14:paraId="1C19AE35" w14:textId="6AF064BD" w:rsidR="004B40FC" w:rsidRDefault="004B40FC" w:rsidP="004B40FC">
    <w:pPr>
      <w:pStyle w:val="Encabezado"/>
      <w:tabs>
        <w:tab w:val="left" w:pos="315"/>
      </w:tabs>
    </w:pPr>
    <w:r>
      <w:rPr>
        <w:rFonts w:ascii="Arial" w:hAnsi="Arial" w:cs="Arial"/>
        <w:noProof/>
        <w:color w:val="A5A5A5"/>
        <w:sz w:val="32"/>
        <w:szCs w:val="32"/>
        <w:lang w:eastAsia="es-ES"/>
      </w:rPr>
      <w:drawing>
        <wp:anchor distT="0" distB="0" distL="114300" distR="114300" simplePos="0" relativeHeight="251657216" behindDoc="1" locked="0" layoutInCell="1" allowOverlap="1" wp14:anchorId="5B7A5444" wp14:editId="4789D24F">
          <wp:simplePos x="0" y="0"/>
          <wp:positionH relativeFrom="column">
            <wp:posOffset>1571625</wp:posOffset>
          </wp:positionH>
          <wp:positionV relativeFrom="paragraph">
            <wp:posOffset>240030</wp:posOffset>
          </wp:positionV>
          <wp:extent cx="2259965" cy="716280"/>
          <wp:effectExtent l="0" t="0" r="0" b="7620"/>
          <wp:wrapTight wrapText="bothSides">
            <wp:wrapPolygon edited="0">
              <wp:start x="364" y="2872"/>
              <wp:lineTo x="0" y="17809"/>
              <wp:lineTo x="0" y="19532"/>
              <wp:lineTo x="2731" y="21255"/>
              <wp:lineTo x="3641" y="21255"/>
              <wp:lineTo x="20028" y="17809"/>
              <wp:lineTo x="20756" y="14362"/>
              <wp:lineTo x="18936" y="13213"/>
              <wp:lineTo x="20756" y="9766"/>
              <wp:lineTo x="20028" y="5170"/>
              <wp:lineTo x="6008" y="2872"/>
              <wp:lineTo x="364" y="2872"/>
            </wp:wrapPolygon>
          </wp:wrapTight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162102">
    <w:abstractNumId w:val="8"/>
  </w:num>
  <w:num w:numId="2" w16cid:durableId="225144255">
    <w:abstractNumId w:val="6"/>
  </w:num>
  <w:num w:numId="3" w16cid:durableId="1890191188">
    <w:abstractNumId w:val="5"/>
  </w:num>
  <w:num w:numId="4" w16cid:durableId="555749832">
    <w:abstractNumId w:val="4"/>
  </w:num>
  <w:num w:numId="5" w16cid:durableId="1031876378">
    <w:abstractNumId w:val="7"/>
  </w:num>
  <w:num w:numId="6" w16cid:durableId="1580016712">
    <w:abstractNumId w:val="3"/>
  </w:num>
  <w:num w:numId="7" w16cid:durableId="1164468105">
    <w:abstractNumId w:val="2"/>
  </w:num>
  <w:num w:numId="8" w16cid:durableId="1888486843">
    <w:abstractNumId w:val="1"/>
  </w:num>
  <w:num w:numId="9" w16cid:durableId="146927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40FC"/>
    <w:rsid w:val="00AA1D8D"/>
    <w:rsid w:val="00B47730"/>
    <w:rsid w:val="00B65D6C"/>
    <w:rsid w:val="00C14C9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58E773"/>
  <w14:defaultImageDpi w14:val="300"/>
  <w15:docId w15:val="{5D4960DD-3401-43B0-A21A-CFD42097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787878"/>
      <w:sz w:val="17"/>
    </w:r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787878"/>
      <w:sz w:val="17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78C5.12CA13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2279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gcremades</dc:creator>
  <cp:keywords/>
  <dc:description>generated by python-docx</dc:description>
  <cp:lastModifiedBy>Cremades Cremades, Gloria</cp:lastModifiedBy>
  <cp:revision>2</cp:revision>
  <dcterms:created xsi:type="dcterms:W3CDTF">2026-11-02T18:18:00Z</dcterms:created>
  <dcterms:modified xsi:type="dcterms:W3CDTF">2026-11-02T18:18:00Z</dcterms:modified>
  <cp:category/>
</cp:coreProperties>
</file>