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72E46" w14:textId="76FBBBBC" w:rsidR="00E044B4" w:rsidRDefault="001033BA" w:rsidP="00590A3F">
      <w:pPr>
        <w:spacing w:before="360" w:after="40"/>
        <w:jc w:val="center"/>
      </w:pPr>
      <w:r>
        <w:rPr>
          <w:b/>
          <w:color w:val="A30000"/>
          <w:sz w:val="32"/>
        </w:rPr>
        <w:t>MODELO DE AVAL Y COMPROMISO DE COFINANCIACIÓN</w:t>
      </w:r>
      <w:r w:rsidR="00157B6C">
        <w:rPr>
          <w:b/>
          <w:color w:val="A30000"/>
          <w:sz w:val="32"/>
        </w:rPr>
        <w:t xml:space="preserve"> del IP</w:t>
      </w:r>
    </w:p>
    <w:p w14:paraId="433709E6" w14:textId="68A219D7" w:rsidR="00E044B4" w:rsidRDefault="001033BA">
      <w:pPr>
        <w:spacing w:after="360"/>
        <w:jc w:val="center"/>
      </w:pPr>
      <w:r>
        <w:rPr>
          <w:b/>
        </w:rPr>
        <w:t>CONVOCATORIA PLAN GENT2 2027 (MODALIDAD INGENT)</w:t>
      </w:r>
    </w:p>
    <w:p w14:paraId="1DF44BF9" w14:textId="77777777" w:rsidR="00E044B4" w:rsidRDefault="001033BA">
      <w:pPr>
        <w:keepNext/>
        <w:spacing w:before="280" w:after="120"/>
      </w:pPr>
      <w:r>
        <w:rPr>
          <w:b/>
          <w:color w:val="A30000"/>
          <w:sz w:val="24"/>
        </w:rPr>
        <w:t>1. DATOS DE LA PERSONA SOLICITANTE (DIRECTOR/A DE TESIS Y TUTOR/A)</w:t>
      </w:r>
    </w:p>
    <w:tbl>
      <w:tblPr>
        <w:tblW w:w="0" w:type="auto"/>
        <w:jc w:val="center"/>
        <w:tblLayout w:type="fixed"/>
        <w:tblLook w:val="04A0" w:firstRow="1" w:lastRow="0" w:firstColumn="1" w:lastColumn="0" w:noHBand="0" w:noVBand="1"/>
      </w:tblPr>
      <w:tblGrid>
        <w:gridCol w:w="3168"/>
        <w:gridCol w:w="6192"/>
      </w:tblGrid>
      <w:tr w:rsidR="00E044B4" w14:paraId="54FE2718" w14:textId="77777777">
        <w:trPr>
          <w:jc w:val="center"/>
        </w:trPr>
        <w:tc>
          <w:tcPr>
            <w:tcW w:w="3168" w:type="dxa"/>
            <w:shd w:val="clear" w:color="auto" w:fill="F4F4F4"/>
            <w:tcMar>
              <w:top w:w="80" w:type="dxa"/>
              <w:left w:w="100" w:type="dxa"/>
              <w:bottom w:w="80" w:type="dxa"/>
              <w:right w:w="100" w:type="dxa"/>
            </w:tcMar>
          </w:tcPr>
          <w:p w14:paraId="40134CD3" w14:textId="0F6796EF" w:rsidR="00E044B4" w:rsidRDefault="001033BA">
            <w:pPr>
              <w:spacing w:after="0"/>
            </w:pPr>
            <w:r>
              <w:rPr>
                <w:b/>
                <w:sz w:val="19"/>
              </w:rPr>
              <w:t>Nombre y Apellidos</w:t>
            </w:r>
            <w:r w:rsidR="00FB75A0">
              <w:rPr>
                <w:b/>
                <w:sz w:val="19"/>
              </w:rPr>
              <w:t>*</w:t>
            </w:r>
            <w:r>
              <w:rPr>
                <w:b/>
                <w:sz w:val="19"/>
              </w:rPr>
              <w:t>:</w:t>
            </w:r>
          </w:p>
        </w:tc>
        <w:tc>
          <w:tcPr>
            <w:tcW w:w="6192" w:type="dxa"/>
            <w:tcMar>
              <w:top w:w="80" w:type="dxa"/>
              <w:left w:w="100" w:type="dxa"/>
              <w:bottom w:w="80" w:type="dxa"/>
              <w:right w:w="100" w:type="dxa"/>
            </w:tcMar>
          </w:tcPr>
          <w:p w14:paraId="3F770B6D" w14:textId="77777777" w:rsidR="00E044B4" w:rsidRDefault="001033BA">
            <w:pPr>
              <w:spacing w:after="0"/>
            </w:pPr>
            <w:r>
              <w:rPr>
                <w:i/>
                <w:sz w:val="19"/>
              </w:rPr>
              <w:t>[Nombre y apellidos del Director/a de Tesis]</w:t>
            </w:r>
          </w:p>
        </w:tc>
      </w:tr>
      <w:tr w:rsidR="00E044B4" w14:paraId="5684EFEA" w14:textId="77777777">
        <w:trPr>
          <w:jc w:val="center"/>
        </w:trPr>
        <w:tc>
          <w:tcPr>
            <w:tcW w:w="3168" w:type="dxa"/>
            <w:shd w:val="clear" w:color="auto" w:fill="F4F4F4"/>
            <w:tcMar>
              <w:top w:w="80" w:type="dxa"/>
              <w:left w:w="100" w:type="dxa"/>
              <w:bottom w:w="80" w:type="dxa"/>
              <w:right w:w="100" w:type="dxa"/>
            </w:tcMar>
          </w:tcPr>
          <w:p w14:paraId="352E9D09" w14:textId="3725D0D8" w:rsidR="00E044B4" w:rsidRDefault="001033BA">
            <w:pPr>
              <w:spacing w:after="0"/>
            </w:pPr>
            <w:r>
              <w:rPr>
                <w:b/>
                <w:sz w:val="19"/>
              </w:rPr>
              <w:t>N.I.F</w:t>
            </w:r>
            <w:r w:rsidR="00FB75A0">
              <w:rPr>
                <w:b/>
                <w:sz w:val="19"/>
              </w:rPr>
              <w:t>.*</w:t>
            </w:r>
            <w:r>
              <w:rPr>
                <w:b/>
                <w:sz w:val="19"/>
              </w:rPr>
              <w:t>:</w:t>
            </w:r>
          </w:p>
        </w:tc>
        <w:tc>
          <w:tcPr>
            <w:tcW w:w="6192" w:type="dxa"/>
            <w:tcMar>
              <w:top w:w="80" w:type="dxa"/>
              <w:left w:w="100" w:type="dxa"/>
              <w:bottom w:w="80" w:type="dxa"/>
              <w:right w:w="100" w:type="dxa"/>
            </w:tcMar>
          </w:tcPr>
          <w:p w14:paraId="584B2986" w14:textId="77777777" w:rsidR="00E044B4" w:rsidRDefault="001033BA">
            <w:pPr>
              <w:spacing w:after="0"/>
            </w:pPr>
            <w:r>
              <w:rPr>
                <w:i/>
                <w:sz w:val="19"/>
              </w:rPr>
              <w:t>[Número de documento de identidad]</w:t>
            </w:r>
          </w:p>
        </w:tc>
      </w:tr>
      <w:tr w:rsidR="00E044B4" w14:paraId="409F020C" w14:textId="77777777">
        <w:trPr>
          <w:jc w:val="center"/>
        </w:trPr>
        <w:tc>
          <w:tcPr>
            <w:tcW w:w="3168" w:type="dxa"/>
            <w:shd w:val="clear" w:color="auto" w:fill="F4F4F4"/>
            <w:tcMar>
              <w:top w:w="80" w:type="dxa"/>
              <w:left w:w="100" w:type="dxa"/>
              <w:bottom w:w="80" w:type="dxa"/>
              <w:right w:w="100" w:type="dxa"/>
            </w:tcMar>
          </w:tcPr>
          <w:p w14:paraId="44F4D5F9" w14:textId="40C9BF2B" w:rsidR="00E044B4" w:rsidRDefault="001033BA">
            <w:pPr>
              <w:spacing w:after="0"/>
            </w:pPr>
            <w:r>
              <w:rPr>
                <w:b/>
                <w:sz w:val="19"/>
              </w:rPr>
              <w:t>Categoría Profesional</w:t>
            </w:r>
            <w:r w:rsidR="00FB75A0">
              <w:rPr>
                <w:b/>
                <w:sz w:val="19"/>
              </w:rPr>
              <w:t>*</w:t>
            </w:r>
            <w:r>
              <w:rPr>
                <w:b/>
                <w:sz w:val="19"/>
              </w:rPr>
              <w:t>:</w:t>
            </w:r>
          </w:p>
        </w:tc>
        <w:tc>
          <w:tcPr>
            <w:tcW w:w="6192" w:type="dxa"/>
            <w:tcMar>
              <w:top w:w="80" w:type="dxa"/>
              <w:left w:w="100" w:type="dxa"/>
              <w:bottom w:w="80" w:type="dxa"/>
              <w:right w:w="100" w:type="dxa"/>
            </w:tcMar>
          </w:tcPr>
          <w:p w14:paraId="7FC195DB" w14:textId="77777777" w:rsidR="00E044B4" w:rsidRDefault="001033BA">
            <w:pPr>
              <w:spacing w:after="0"/>
            </w:pPr>
            <w:r>
              <w:rPr>
                <w:i/>
                <w:sz w:val="19"/>
              </w:rPr>
              <w:t>[Cuerpo/Categoría: Prof. Titular, Catedrático/a, Contratado/a Doctor/a, etc.]</w:t>
            </w:r>
          </w:p>
        </w:tc>
      </w:tr>
      <w:tr w:rsidR="00E044B4" w14:paraId="10BFA4AB" w14:textId="77777777">
        <w:trPr>
          <w:jc w:val="center"/>
        </w:trPr>
        <w:tc>
          <w:tcPr>
            <w:tcW w:w="3168" w:type="dxa"/>
            <w:shd w:val="clear" w:color="auto" w:fill="F4F4F4"/>
            <w:tcMar>
              <w:top w:w="80" w:type="dxa"/>
              <w:left w:w="100" w:type="dxa"/>
              <w:bottom w:w="80" w:type="dxa"/>
              <w:right w:w="100" w:type="dxa"/>
            </w:tcMar>
          </w:tcPr>
          <w:p w14:paraId="2F1E5A35" w14:textId="16B7A027" w:rsidR="00E044B4" w:rsidRDefault="001033BA">
            <w:pPr>
              <w:spacing w:after="0"/>
            </w:pPr>
            <w:r>
              <w:rPr>
                <w:b/>
                <w:sz w:val="19"/>
              </w:rPr>
              <w:t>Departamento / Instituto</w:t>
            </w:r>
            <w:r w:rsidR="00FB75A0">
              <w:rPr>
                <w:b/>
                <w:sz w:val="19"/>
              </w:rPr>
              <w:t>*</w:t>
            </w:r>
            <w:r>
              <w:rPr>
                <w:b/>
                <w:sz w:val="19"/>
              </w:rPr>
              <w:t>:</w:t>
            </w:r>
          </w:p>
        </w:tc>
        <w:tc>
          <w:tcPr>
            <w:tcW w:w="6192" w:type="dxa"/>
            <w:tcMar>
              <w:top w:w="80" w:type="dxa"/>
              <w:left w:w="100" w:type="dxa"/>
              <w:bottom w:w="80" w:type="dxa"/>
              <w:right w:w="100" w:type="dxa"/>
            </w:tcMar>
          </w:tcPr>
          <w:p w14:paraId="3A77608C" w14:textId="77777777" w:rsidR="00E044B4" w:rsidRDefault="001033BA">
            <w:pPr>
              <w:spacing w:after="0"/>
            </w:pPr>
            <w:r>
              <w:rPr>
                <w:i/>
                <w:sz w:val="19"/>
              </w:rPr>
              <w:t>[Nombre del Departamento o Instituto de Investigación UMH]</w:t>
            </w:r>
          </w:p>
        </w:tc>
      </w:tr>
      <w:tr w:rsidR="00E044B4" w14:paraId="00D58FB5" w14:textId="77777777">
        <w:trPr>
          <w:jc w:val="center"/>
        </w:trPr>
        <w:tc>
          <w:tcPr>
            <w:tcW w:w="3168" w:type="dxa"/>
            <w:shd w:val="clear" w:color="auto" w:fill="F4F4F4"/>
            <w:tcMar>
              <w:top w:w="80" w:type="dxa"/>
              <w:left w:w="100" w:type="dxa"/>
              <w:bottom w:w="80" w:type="dxa"/>
              <w:right w:w="100" w:type="dxa"/>
            </w:tcMar>
          </w:tcPr>
          <w:p w14:paraId="231CE461" w14:textId="77777777" w:rsidR="00E044B4" w:rsidRDefault="001033BA">
            <w:pPr>
              <w:spacing w:after="0"/>
            </w:pPr>
            <w:r>
              <w:rPr>
                <w:b/>
                <w:sz w:val="19"/>
              </w:rPr>
              <w:t>Área de Conocimiento:</w:t>
            </w:r>
          </w:p>
        </w:tc>
        <w:tc>
          <w:tcPr>
            <w:tcW w:w="6192" w:type="dxa"/>
            <w:tcMar>
              <w:top w:w="80" w:type="dxa"/>
              <w:left w:w="100" w:type="dxa"/>
              <w:bottom w:w="80" w:type="dxa"/>
              <w:right w:w="100" w:type="dxa"/>
            </w:tcMar>
          </w:tcPr>
          <w:p w14:paraId="26720FD1" w14:textId="77777777" w:rsidR="00E044B4" w:rsidRDefault="001033BA">
            <w:pPr>
              <w:spacing w:after="0"/>
            </w:pPr>
            <w:r>
              <w:rPr>
                <w:i/>
                <w:sz w:val="19"/>
              </w:rPr>
              <w:t>[Área temática de investigación AEI]</w:t>
            </w:r>
          </w:p>
        </w:tc>
      </w:tr>
    </w:tbl>
    <w:p w14:paraId="298BEBBC" w14:textId="77777777" w:rsidR="00E044B4" w:rsidRDefault="00E044B4"/>
    <w:p w14:paraId="77DF466A" w14:textId="77777777" w:rsidR="00E044B4" w:rsidRDefault="001033BA">
      <w:pPr>
        <w:keepNext/>
        <w:spacing w:before="280" w:after="120"/>
      </w:pPr>
      <w:r>
        <w:rPr>
          <w:b/>
          <w:color w:val="A30000"/>
          <w:sz w:val="24"/>
        </w:rPr>
        <w:t>2. DATOS DE LA PERSONA CANDIDATA PREDOCTORAL Y DE LA TESIS</w:t>
      </w:r>
    </w:p>
    <w:tbl>
      <w:tblPr>
        <w:tblW w:w="0" w:type="auto"/>
        <w:jc w:val="center"/>
        <w:tblLayout w:type="fixed"/>
        <w:tblLook w:val="04A0" w:firstRow="1" w:lastRow="0" w:firstColumn="1" w:lastColumn="0" w:noHBand="0" w:noVBand="1"/>
      </w:tblPr>
      <w:tblGrid>
        <w:gridCol w:w="3168"/>
        <w:gridCol w:w="6192"/>
      </w:tblGrid>
      <w:tr w:rsidR="00E044B4" w14:paraId="6C2E1A26" w14:textId="77777777">
        <w:trPr>
          <w:jc w:val="center"/>
        </w:trPr>
        <w:tc>
          <w:tcPr>
            <w:tcW w:w="3168" w:type="dxa"/>
            <w:shd w:val="clear" w:color="auto" w:fill="F4F4F4"/>
            <w:tcMar>
              <w:top w:w="80" w:type="dxa"/>
              <w:left w:w="100" w:type="dxa"/>
              <w:bottom w:w="80" w:type="dxa"/>
              <w:right w:w="100" w:type="dxa"/>
            </w:tcMar>
          </w:tcPr>
          <w:p w14:paraId="4B9D3669" w14:textId="0500C479" w:rsidR="00E044B4" w:rsidRDefault="001033BA">
            <w:pPr>
              <w:spacing w:after="0"/>
            </w:pPr>
            <w:r>
              <w:rPr>
                <w:b/>
                <w:sz w:val="19"/>
              </w:rPr>
              <w:t>Nombre de la Candidata/o</w:t>
            </w:r>
            <w:r w:rsidR="00FB75A0">
              <w:rPr>
                <w:b/>
                <w:sz w:val="19"/>
              </w:rPr>
              <w:t>*</w:t>
            </w:r>
            <w:r>
              <w:rPr>
                <w:b/>
                <w:sz w:val="19"/>
              </w:rPr>
              <w:t>:</w:t>
            </w:r>
          </w:p>
        </w:tc>
        <w:tc>
          <w:tcPr>
            <w:tcW w:w="6192" w:type="dxa"/>
            <w:tcMar>
              <w:top w:w="80" w:type="dxa"/>
              <w:left w:w="100" w:type="dxa"/>
              <w:bottom w:w="80" w:type="dxa"/>
              <w:right w:w="100" w:type="dxa"/>
            </w:tcMar>
          </w:tcPr>
          <w:p w14:paraId="693D352E" w14:textId="77777777" w:rsidR="00E044B4" w:rsidRDefault="001033BA">
            <w:pPr>
              <w:spacing w:after="0"/>
            </w:pPr>
            <w:r>
              <w:rPr>
                <w:i/>
                <w:sz w:val="19"/>
              </w:rPr>
              <w:t>[Nombre y apellidos de la persona predoctoral candidata]</w:t>
            </w:r>
          </w:p>
        </w:tc>
      </w:tr>
      <w:tr w:rsidR="00E044B4" w14:paraId="32C67935" w14:textId="77777777">
        <w:trPr>
          <w:jc w:val="center"/>
        </w:trPr>
        <w:tc>
          <w:tcPr>
            <w:tcW w:w="3168" w:type="dxa"/>
            <w:shd w:val="clear" w:color="auto" w:fill="F4F4F4"/>
            <w:tcMar>
              <w:top w:w="80" w:type="dxa"/>
              <w:left w:w="100" w:type="dxa"/>
              <w:bottom w:w="80" w:type="dxa"/>
              <w:right w:w="100" w:type="dxa"/>
            </w:tcMar>
          </w:tcPr>
          <w:p w14:paraId="3FAE07FC" w14:textId="5150F84B" w:rsidR="00E044B4" w:rsidRDefault="001033BA">
            <w:pPr>
              <w:spacing w:after="0"/>
            </w:pPr>
            <w:r>
              <w:rPr>
                <w:b/>
                <w:sz w:val="19"/>
              </w:rPr>
              <w:t>N.I.F. /</w:t>
            </w:r>
            <w:r w:rsidR="00FB75A0">
              <w:rPr>
                <w:b/>
                <w:sz w:val="19"/>
              </w:rPr>
              <w:t>N.I.E./</w:t>
            </w:r>
            <w:r>
              <w:rPr>
                <w:b/>
                <w:sz w:val="19"/>
              </w:rPr>
              <w:t xml:space="preserve"> Pasaporte:</w:t>
            </w:r>
          </w:p>
        </w:tc>
        <w:tc>
          <w:tcPr>
            <w:tcW w:w="6192" w:type="dxa"/>
            <w:tcMar>
              <w:top w:w="80" w:type="dxa"/>
              <w:left w:w="100" w:type="dxa"/>
              <w:bottom w:w="80" w:type="dxa"/>
              <w:right w:w="100" w:type="dxa"/>
            </w:tcMar>
          </w:tcPr>
          <w:p w14:paraId="127522D8" w14:textId="77777777" w:rsidR="00E044B4" w:rsidRDefault="001033BA">
            <w:pPr>
              <w:spacing w:after="0"/>
            </w:pPr>
            <w:r>
              <w:rPr>
                <w:i/>
                <w:sz w:val="19"/>
              </w:rPr>
              <w:t>[Número de documento de la persona candidata]</w:t>
            </w:r>
          </w:p>
        </w:tc>
      </w:tr>
      <w:tr w:rsidR="00E044B4" w14:paraId="709BDB37" w14:textId="77777777">
        <w:trPr>
          <w:jc w:val="center"/>
        </w:trPr>
        <w:tc>
          <w:tcPr>
            <w:tcW w:w="3168" w:type="dxa"/>
            <w:shd w:val="clear" w:color="auto" w:fill="F4F4F4"/>
            <w:tcMar>
              <w:top w:w="80" w:type="dxa"/>
              <w:left w:w="100" w:type="dxa"/>
              <w:bottom w:w="80" w:type="dxa"/>
              <w:right w:w="100" w:type="dxa"/>
            </w:tcMar>
          </w:tcPr>
          <w:p w14:paraId="0324BDB3" w14:textId="77777777" w:rsidR="00E044B4" w:rsidRDefault="001033BA">
            <w:pPr>
              <w:spacing w:after="0"/>
            </w:pPr>
            <w:r>
              <w:rPr>
                <w:b/>
                <w:sz w:val="19"/>
              </w:rPr>
              <w:t>Programa de Doctorado:</w:t>
            </w:r>
          </w:p>
        </w:tc>
        <w:tc>
          <w:tcPr>
            <w:tcW w:w="6192" w:type="dxa"/>
            <w:tcMar>
              <w:top w:w="80" w:type="dxa"/>
              <w:left w:w="100" w:type="dxa"/>
              <w:bottom w:w="80" w:type="dxa"/>
              <w:right w:w="100" w:type="dxa"/>
            </w:tcMar>
          </w:tcPr>
          <w:p w14:paraId="338E2E88" w14:textId="77777777" w:rsidR="00E044B4" w:rsidRDefault="001033BA">
            <w:pPr>
              <w:spacing w:after="0"/>
            </w:pPr>
            <w:r>
              <w:rPr>
                <w:i/>
                <w:sz w:val="19"/>
              </w:rPr>
              <w:t>[Nombre del Programa de Doctorado UMH en el que está admitido/a]</w:t>
            </w:r>
          </w:p>
        </w:tc>
      </w:tr>
      <w:tr w:rsidR="00E044B4" w14:paraId="1D6EEA86" w14:textId="77777777">
        <w:trPr>
          <w:jc w:val="center"/>
        </w:trPr>
        <w:tc>
          <w:tcPr>
            <w:tcW w:w="3168" w:type="dxa"/>
            <w:shd w:val="clear" w:color="auto" w:fill="F4F4F4"/>
            <w:tcMar>
              <w:top w:w="80" w:type="dxa"/>
              <w:left w:w="100" w:type="dxa"/>
              <w:bottom w:w="80" w:type="dxa"/>
              <w:right w:w="100" w:type="dxa"/>
            </w:tcMar>
          </w:tcPr>
          <w:p w14:paraId="2635CC96" w14:textId="77777777" w:rsidR="00E044B4" w:rsidRDefault="001033BA">
            <w:pPr>
              <w:spacing w:after="0"/>
            </w:pPr>
            <w:r>
              <w:rPr>
                <w:b/>
                <w:sz w:val="19"/>
              </w:rPr>
              <w:t>Título de la Tesis Industrial:</w:t>
            </w:r>
          </w:p>
        </w:tc>
        <w:tc>
          <w:tcPr>
            <w:tcW w:w="6192" w:type="dxa"/>
            <w:tcMar>
              <w:top w:w="80" w:type="dxa"/>
              <w:left w:w="100" w:type="dxa"/>
              <w:bottom w:w="80" w:type="dxa"/>
              <w:right w:w="100" w:type="dxa"/>
            </w:tcMar>
          </w:tcPr>
          <w:p w14:paraId="78F656DA" w14:textId="77777777" w:rsidR="00E044B4" w:rsidRDefault="001033BA">
            <w:pPr>
              <w:spacing w:after="0"/>
            </w:pPr>
            <w:r>
              <w:rPr>
                <w:i/>
                <w:sz w:val="19"/>
              </w:rPr>
              <w:t>[Título o proyecto de investigación vinculado a la Tesis Industrial]</w:t>
            </w:r>
          </w:p>
        </w:tc>
      </w:tr>
    </w:tbl>
    <w:p w14:paraId="4327DDF0" w14:textId="77777777" w:rsidR="00E044B4" w:rsidRDefault="00E044B4"/>
    <w:p w14:paraId="6B7A100F" w14:textId="77777777" w:rsidR="00E044B4" w:rsidRDefault="001033BA">
      <w:pPr>
        <w:keepNext/>
        <w:spacing w:before="280" w:after="120"/>
      </w:pPr>
      <w:r>
        <w:rPr>
          <w:b/>
          <w:color w:val="A30000"/>
          <w:sz w:val="24"/>
        </w:rPr>
        <w:t>3. DATOS DE LA ENTIDAD COLABORADORA (EMPRESA / ADMÓN. PÚBLICA)</w:t>
      </w:r>
    </w:p>
    <w:tbl>
      <w:tblPr>
        <w:tblW w:w="0" w:type="auto"/>
        <w:jc w:val="center"/>
        <w:tblLayout w:type="fixed"/>
        <w:tblLook w:val="04A0" w:firstRow="1" w:lastRow="0" w:firstColumn="1" w:lastColumn="0" w:noHBand="0" w:noVBand="1"/>
      </w:tblPr>
      <w:tblGrid>
        <w:gridCol w:w="3168"/>
        <w:gridCol w:w="6192"/>
      </w:tblGrid>
      <w:tr w:rsidR="00E044B4" w14:paraId="65076AA3" w14:textId="77777777">
        <w:trPr>
          <w:jc w:val="center"/>
        </w:trPr>
        <w:tc>
          <w:tcPr>
            <w:tcW w:w="3168" w:type="dxa"/>
            <w:shd w:val="clear" w:color="auto" w:fill="F4F4F4"/>
            <w:tcMar>
              <w:top w:w="80" w:type="dxa"/>
              <w:left w:w="100" w:type="dxa"/>
              <w:bottom w:w="80" w:type="dxa"/>
              <w:right w:w="100" w:type="dxa"/>
            </w:tcMar>
          </w:tcPr>
          <w:p w14:paraId="44C7016A" w14:textId="4CD9C359" w:rsidR="00E044B4" w:rsidRDefault="001033BA">
            <w:pPr>
              <w:spacing w:after="0"/>
            </w:pPr>
            <w:r>
              <w:rPr>
                <w:b/>
                <w:sz w:val="19"/>
              </w:rPr>
              <w:t>Razón Social de la Entidad</w:t>
            </w:r>
            <w:r w:rsidR="00590A3F">
              <w:rPr>
                <w:b/>
                <w:sz w:val="19"/>
              </w:rPr>
              <w:t>*</w:t>
            </w:r>
            <w:r>
              <w:rPr>
                <w:b/>
                <w:sz w:val="19"/>
              </w:rPr>
              <w:t>:</w:t>
            </w:r>
          </w:p>
        </w:tc>
        <w:tc>
          <w:tcPr>
            <w:tcW w:w="6192" w:type="dxa"/>
            <w:tcMar>
              <w:top w:w="80" w:type="dxa"/>
              <w:left w:w="100" w:type="dxa"/>
              <w:bottom w:w="80" w:type="dxa"/>
              <w:right w:w="100" w:type="dxa"/>
            </w:tcMar>
          </w:tcPr>
          <w:p w14:paraId="218E23FD" w14:textId="77777777" w:rsidR="00E044B4" w:rsidRDefault="001033BA">
            <w:pPr>
              <w:spacing w:after="0"/>
            </w:pPr>
            <w:r>
              <w:rPr>
                <w:i/>
                <w:sz w:val="19"/>
              </w:rPr>
              <w:t>[Nombre de la Empresa Valenciana o Administración Pública]</w:t>
            </w:r>
          </w:p>
        </w:tc>
      </w:tr>
      <w:tr w:rsidR="00E044B4" w14:paraId="0E6145C2" w14:textId="77777777">
        <w:trPr>
          <w:jc w:val="center"/>
        </w:trPr>
        <w:tc>
          <w:tcPr>
            <w:tcW w:w="3168" w:type="dxa"/>
            <w:shd w:val="clear" w:color="auto" w:fill="F4F4F4"/>
            <w:tcMar>
              <w:top w:w="80" w:type="dxa"/>
              <w:left w:w="100" w:type="dxa"/>
              <w:bottom w:w="80" w:type="dxa"/>
              <w:right w:w="100" w:type="dxa"/>
            </w:tcMar>
          </w:tcPr>
          <w:p w14:paraId="6892E53A" w14:textId="77777777" w:rsidR="00E044B4" w:rsidRDefault="001033BA">
            <w:pPr>
              <w:spacing w:after="0"/>
            </w:pPr>
            <w:r>
              <w:rPr>
                <w:b/>
                <w:sz w:val="19"/>
              </w:rPr>
              <w:t>C.I.F.:</w:t>
            </w:r>
          </w:p>
        </w:tc>
        <w:tc>
          <w:tcPr>
            <w:tcW w:w="6192" w:type="dxa"/>
            <w:tcMar>
              <w:top w:w="80" w:type="dxa"/>
              <w:left w:w="100" w:type="dxa"/>
              <w:bottom w:w="80" w:type="dxa"/>
              <w:right w:w="100" w:type="dxa"/>
            </w:tcMar>
          </w:tcPr>
          <w:p w14:paraId="6670BF21" w14:textId="77777777" w:rsidR="00E044B4" w:rsidRDefault="001033BA">
            <w:pPr>
              <w:spacing w:after="0"/>
            </w:pPr>
            <w:r>
              <w:rPr>
                <w:i/>
                <w:sz w:val="19"/>
              </w:rPr>
              <w:t>[CIF de la entidad colaboradora]</w:t>
            </w:r>
          </w:p>
        </w:tc>
      </w:tr>
      <w:tr w:rsidR="00E044B4" w14:paraId="049CA3CB" w14:textId="77777777">
        <w:trPr>
          <w:jc w:val="center"/>
        </w:trPr>
        <w:tc>
          <w:tcPr>
            <w:tcW w:w="3168" w:type="dxa"/>
            <w:shd w:val="clear" w:color="auto" w:fill="F4F4F4"/>
            <w:tcMar>
              <w:top w:w="80" w:type="dxa"/>
              <w:left w:w="100" w:type="dxa"/>
              <w:bottom w:w="80" w:type="dxa"/>
              <w:right w:w="100" w:type="dxa"/>
            </w:tcMar>
          </w:tcPr>
          <w:p w14:paraId="44BDE51D" w14:textId="77777777" w:rsidR="00E044B4" w:rsidRDefault="001033BA">
            <w:pPr>
              <w:spacing w:after="0"/>
            </w:pPr>
            <w:r>
              <w:rPr>
                <w:b/>
                <w:sz w:val="19"/>
              </w:rPr>
              <w:t>Persona de Contacto / Tutor:</w:t>
            </w:r>
          </w:p>
        </w:tc>
        <w:tc>
          <w:tcPr>
            <w:tcW w:w="6192" w:type="dxa"/>
            <w:tcMar>
              <w:top w:w="80" w:type="dxa"/>
              <w:left w:w="100" w:type="dxa"/>
              <w:bottom w:w="80" w:type="dxa"/>
              <w:right w:w="100" w:type="dxa"/>
            </w:tcMar>
          </w:tcPr>
          <w:p w14:paraId="440B67DF" w14:textId="77777777" w:rsidR="00E044B4" w:rsidRDefault="001033BA">
            <w:pPr>
              <w:spacing w:after="0"/>
            </w:pPr>
            <w:r>
              <w:rPr>
                <w:i/>
                <w:sz w:val="19"/>
              </w:rPr>
              <w:t>[Nombre del responsable / tutor en la empresa o administración]</w:t>
            </w:r>
          </w:p>
        </w:tc>
      </w:tr>
      <w:tr w:rsidR="00E044B4" w14:paraId="6C4E8A36" w14:textId="77777777">
        <w:trPr>
          <w:jc w:val="center"/>
        </w:trPr>
        <w:tc>
          <w:tcPr>
            <w:tcW w:w="3168" w:type="dxa"/>
            <w:shd w:val="clear" w:color="auto" w:fill="F4F4F4"/>
            <w:tcMar>
              <w:top w:w="80" w:type="dxa"/>
              <w:left w:w="100" w:type="dxa"/>
              <w:bottom w:w="80" w:type="dxa"/>
              <w:right w:w="100" w:type="dxa"/>
            </w:tcMar>
          </w:tcPr>
          <w:p w14:paraId="084444B1" w14:textId="77777777" w:rsidR="00E044B4" w:rsidRDefault="001033BA">
            <w:pPr>
              <w:spacing w:after="0"/>
            </w:pPr>
            <w:r>
              <w:rPr>
                <w:b/>
                <w:sz w:val="19"/>
              </w:rPr>
              <w:t>Convenio / Contrato OTRI:</w:t>
            </w:r>
          </w:p>
        </w:tc>
        <w:tc>
          <w:tcPr>
            <w:tcW w:w="6192" w:type="dxa"/>
            <w:tcMar>
              <w:top w:w="80" w:type="dxa"/>
              <w:left w:w="100" w:type="dxa"/>
              <w:bottom w:w="80" w:type="dxa"/>
              <w:right w:w="100" w:type="dxa"/>
            </w:tcMar>
          </w:tcPr>
          <w:p w14:paraId="3E0BF8A4" w14:textId="77777777" w:rsidR="00E044B4" w:rsidRDefault="001033BA">
            <w:pPr>
              <w:spacing w:after="0"/>
            </w:pPr>
            <w:r>
              <w:rPr>
                <w:i/>
                <w:sz w:val="19"/>
              </w:rPr>
              <w:t>[Referencia del Convenio de Transferencia Tecnológica vigente o en trámite]</w:t>
            </w:r>
          </w:p>
        </w:tc>
      </w:tr>
    </w:tbl>
    <w:p w14:paraId="1C192345" w14:textId="77777777" w:rsidR="00E044B4" w:rsidRDefault="00E044B4"/>
    <w:p w14:paraId="0B6AC60B" w14:textId="4F446BF7" w:rsidR="00E044B4" w:rsidRDefault="001033BA">
      <w:pPr>
        <w:keepNext/>
        <w:spacing w:before="280" w:after="120"/>
      </w:pPr>
      <w:r>
        <w:rPr>
          <w:b/>
          <w:color w:val="A30000"/>
          <w:sz w:val="24"/>
        </w:rPr>
        <w:t>4. DECLARACIÓN RESPONSABLE, AVAL CIENTÍFICO Y COMPROMISOS</w:t>
      </w:r>
    </w:p>
    <w:p w14:paraId="351FD5E4" w14:textId="77777777" w:rsidR="00157B6C" w:rsidRPr="00CD2DA9" w:rsidRDefault="00157B6C" w:rsidP="00157B6C">
      <w:pPr>
        <w:spacing w:before="80" w:after="120"/>
        <w:jc w:val="both"/>
        <w:rPr>
          <w:sz w:val="19"/>
          <w:szCs w:val="19"/>
        </w:rPr>
      </w:pPr>
      <w:r w:rsidRPr="00CD2DA9">
        <w:rPr>
          <w:b/>
          <w:sz w:val="19"/>
          <w:szCs w:val="19"/>
        </w:rPr>
        <w:t>El/la abajo firmante, en su condición de persona investigadora doctora responsable de la propuesta en la Universidad Miguel Hernández de Elche, DECLARA BAJO SU RESPONSABILIDAD Y SE COMPROMETE:</w:t>
      </w:r>
    </w:p>
    <w:p w14:paraId="5DF5ADF7" w14:textId="77777777" w:rsidR="00157B6C" w:rsidRDefault="00157B6C" w:rsidP="00FB75A0">
      <w:pPr>
        <w:spacing w:after="120"/>
        <w:ind w:left="360"/>
        <w:jc w:val="both"/>
        <w:rPr>
          <w:b/>
        </w:rPr>
      </w:pPr>
    </w:p>
    <w:p w14:paraId="1A3C3B69" w14:textId="3B699E96" w:rsidR="00E044B4" w:rsidRPr="00CD2DA9" w:rsidRDefault="001033BA" w:rsidP="00CD2DA9">
      <w:pPr>
        <w:spacing w:before="120" w:after="120"/>
        <w:ind w:left="357"/>
        <w:jc w:val="both"/>
        <w:rPr>
          <w:sz w:val="19"/>
          <w:szCs w:val="19"/>
        </w:rPr>
      </w:pPr>
      <w:r w:rsidRPr="00CD2DA9">
        <w:rPr>
          <w:b/>
          <w:sz w:val="19"/>
          <w:szCs w:val="19"/>
        </w:rPr>
        <w:lastRenderedPageBreak/>
        <w:t xml:space="preserve">4.1. Aval Científico: </w:t>
      </w:r>
      <w:r w:rsidRPr="00CD2DA9">
        <w:rPr>
          <w:sz w:val="19"/>
          <w:szCs w:val="19"/>
        </w:rPr>
        <w:t>AVALO formalmente la solicitud presentada por la persona candidata para la realización de una Tesis Doctoral Industrial en el marco de la convocatoria Plan GenT2 (modalidad INGENT 2027), destacando el alto valor de transferencia tecnológica, innovación e interés industrial/social del proyecto de investigación propuesto.</w:t>
      </w:r>
    </w:p>
    <w:p w14:paraId="13BFF374" w14:textId="440A2081" w:rsidR="00E044B4" w:rsidRPr="00CD2DA9" w:rsidRDefault="001033BA" w:rsidP="00CD2DA9">
      <w:pPr>
        <w:spacing w:before="120" w:after="120"/>
        <w:ind w:left="357"/>
        <w:jc w:val="both"/>
        <w:rPr>
          <w:sz w:val="19"/>
          <w:szCs w:val="19"/>
        </w:rPr>
      </w:pPr>
      <w:r w:rsidRPr="00CD2DA9">
        <w:rPr>
          <w:b/>
          <w:sz w:val="19"/>
          <w:szCs w:val="19"/>
        </w:rPr>
        <w:t xml:space="preserve">4.2. Compromiso de Dirección de Tesis y Tutoría: </w:t>
      </w:r>
      <w:r w:rsidRPr="00CD2DA9">
        <w:rPr>
          <w:sz w:val="19"/>
          <w:szCs w:val="19"/>
        </w:rPr>
        <w:t>ME COMPROMETO a asumir la dirección científica de la tesis doctoral y la tutoría académica de la persona investigadora predoctoral contratada durante la totalidad del período de ejecución de la ayuda</w:t>
      </w:r>
      <w:r w:rsidR="00F302FA" w:rsidRPr="00CD2DA9">
        <w:rPr>
          <w:sz w:val="19"/>
          <w:szCs w:val="19"/>
        </w:rPr>
        <w:t>.</w:t>
      </w:r>
    </w:p>
    <w:p w14:paraId="45EB677B" w14:textId="343C44A2" w:rsidR="00E044B4" w:rsidRPr="00CD2DA9" w:rsidRDefault="001033BA" w:rsidP="00CD2DA9">
      <w:pPr>
        <w:spacing w:before="120" w:after="120"/>
        <w:ind w:left="357"/>
        <w:jc w:val="both"/>
        <w:rPr>
          <w:sz w:val="19"/>
          <w:szCs w:val="19"/>
        </w:rPr>
      </w:pPr>
      <w:r w:rsidRPr="00CD2DA9">
        <w:rPr>
          <w:b/>
          <w:sz w:val="19"/>
          <w:szCs w:val="19"/>
        </w:rPr>
        <w:t xml:space="preserve">4.3. Compromiso de Cofinanciación: </w:t>
      </w:r>
      <w:bookmarkStart w:id="0" w:name="_Hlk244526286"/>
      <w:r w:rsidRPr="00CD2DA9">
        <w:rPr>
          <w:sz w:val="19"/>
          <w:szCs w:val="19"/>
        </w:rPr>
        <w:t xml:space="preserve">ME COMPROMETO a asumir, con cargo a los créditos o fondos de libre disposición para investigación que tengo adscritos (GIGI, PAR o </w:t>
      </w:r>
      <w:r w:rsidR="009E18EC" w:rsidRPr="00CD2DA9">
        <w:rPr>
          <w:sz w:val="19"/>
          <w:szCs w:val="19"/>
        </w:rPr>
        <w:t>similar</w:t>
      </w:r>
      <w:r w:rsidRPr="00CD2DA9">
        <w:rPr>
          <w:sz w:val="19"/>
          <w:szCs w:val="19"/>
        </w:rPr>
        <w:t xml:space="preserve">), </w:t>
      </w:r>
      <w:r w:rsidR="009E18EC" w:rsidRPr="00CD2DA9">
        <w:rPr>
          <w:i/>
          <w:iCs/>
          <w:sz w:val="19"/>
          <w:szCs w:val="19"/>
        </w:rPr>
        <w:t xml:space="preserve">[indicar centro de gasto]………………………………………………………………, </w:t>
      </w:r>
      <w:r w:rsidRPr="00CD2DA9">
        <w:rPr>
          <w:sz w:val="19"/>
          <w:szCs w:val="19"/>
        </w:rPr>
        <w:t xml:space="preserve">cualquier diferencia económica entre la </w:t>
      </w:r>
      <w:r w:rsidR="002411D0">
        <w:rPr>
          <w:sz w:val="19"/>
          <w:szCs w:val="19"/>
        </w:rPr>
        <w:t>ayuda</w:t>
      </w:r>
      <w:r w:rsidRPr="00CD2DA9">
        <w:rPr>
          <w:sz w:val="19"/>
          <w:szCs w:val="19"/>
        </w:rPr>
        <w:t xml:space="preserve"> concedida y el coste total del </w:t>
      </w:r>
      <w:r w:rsidR="009E18EC" w:rsidRPr="00CD2DA9">
        <w:rPr>
          <w:sz w:val="19"/>
          <w:szCs w:val="19"/>
        </w:rPr>
        <w:t>contrato, en caso de que la subvención sea concedida</w:t>
      </w:r>
      <w:bookmarkEnd w:id="0"/>
      <w:r w:rsidR="009E18EC" w:rsidRPr="00CD2DA9">
        <w:rPr>
          <w:sz w:val="19"/>
          <w:szCs w:val="19"/>
        </w:rPr>
        <w:t>.</w:t>
      </w:r>
    </w:p>
    <w:p w14:paraId="72EDB851" w14:textId="47745C73" w:rsidR="00E044B4" w:rsidRPr="00CD2DA9" w:rsidRDefault="001033BA" w:rsidP="00CD2DA9">
      <w:pPr>
        <w:spacing w:before="120" w:after="120"/>
        <w:ind w:left="357"/>
        <w:jc w:val="both"/>
        <w:rPr>
          <w:sz w:val="19"/>
          <w:szCs w:val="19"/>
        </w:rPr>
      </w:pPr>
      <w:r w:rsidRPr="00CD2DA9">
        <w:rPr>
          <w:b/>
          <w:sz w:val="19"/>
          <w:szCs w:val="19"/>
        </w:rPr>
        <w:t xml:space="preserve">4.4. Garantía de Espacios, Equipamiento y Recursos de Investigación: </w:t>
      </w:r>
      <w:r w:rsidRPr="00CD2DA9">
        <w:rPr>
          <w:sz w:val="19"/>
          <w:szCs w:val="19"/>
        </w:rPr>
        <w:t xml:space="preserve">GARANTIZO que la persona investigadora predoctoral contratada </w:t>
      </w:r>
      <w:r w:rsidR="00F302FA" w:rsidRPr="00CD2DA9">
        <w:rPr>
          <w:sz w:val="19"/>
          <w:szCs w:val="19"/>
        </w:rPr>
        <w:t>dispondrá de las instalaciones y medios necesarios para el adecuado desarrollo del trabajo</w:t>
      </w:r>
      <w:r w:rsidRPr="00CD2DA9">
        <w:rPr>
          <w:sz w:val="19"/>
          <w:szCs w:val="19"/>
        </w:rPr>
        <w:t>, en coordinación con la entidad colaboradora.</w:t>
      </w:r>
    </w:p>
    <w:p w14:paraId="3094E83D" w14:textId="11D1A393" w:rsidR="00E044B4" w:rsidRDefault="00E044B4" w:rsidP="00FB75A0">
      <w:pPr>
        <w:spacing w:after="120"/>
        <w:ind w:left="360"/>
        <w:jc w:val="both"/>
      </w:pPr>
    </w:p>
    <w:p w14:paraId="5B9E39EF" w14:textId="0BC201F1" w:rsidR="00E044B4" w:rsidRPr="00CD2DA9" w:rsidRDefault="001033BA">
      <w:pPr>
        <w:keepNext/>
        <w:spacing w:before="280" w:after="480"/>
        <w:rPr>
          <w:sz w:val="19"/>
        </w:rPr>
      </w:pPr>
      <w:r w:rsidRPr="00CD2DA9">
        <w:rPr>
          <w:sz w:val="19"/>
        </w:rPr>
        <w:t>En Elche, a ____ de ___________________ de 2026.</w:t>
      </w:r>
    </w:p>
    <w:p w14:paraId="2CD12C01" w14:textId="77777777" w:rsidR="00157B6C" w:rsidRDefault="00157B6C">
      <w:pPr>
        <w:keepNext/>
        <w:spacing w:before="280" w:after="480"/>
      </w:pPr>
    </w:p>
    <w:tbl>
      <w:tblPr>
        <w:tblW w:w="0" w:type="auto"/>
        <w:jc w:val="center"/>
        <w:tblLayout w:type="fixed"/>
        <w:tblLook w:val="04A0" w:firstRow="1" w:lastRow="0" w:firstColumn="1" w:lastColumn="0" w:noHBand="0" w:noVBand="1"/>
      </w:tblPr>
      <w:tblGrid>
        <w:gridCol w:w="4608"/>
        <w:gridCol w:w="495"/>
        <w:gridCol w:w="4257"/>
      </w:tblGrid>
      <w:tr w:rsidR="00E044B4" w14:paraId="65F628F4" w14:textId="77777777" w:rsidTr="00157B6C">
        <w:trPr>
          <w:jc w:val="center"/>
        </w:trPr>
        <w:tc>
          <w:tcPr>
            <w:tcW w:w="5103" w:type="dxa"/>
            <w:gridSpan w:val="2"/>
          </w:tcPr>
          <w:p w14:paraId="6021747E" w14:textId="5844F1C1" w:rsidR="00E044B4" w:rsidRDefault="001033BA">
            <w:r>
              <w:rPr>
                <w:sz w:val="19"/>
              </w:rPr>
              <w:t>Firma del Director/a de Tesis y Tutor/a:</w:t>
            </w:r>
            <w:r>
              <w:rPr>
                <w:sz w:val="19"/>
              </w:rPr>
              <w:br/>
            </w:r>
            <w:r>
              <w:rPr>
                <w:sz w:val="19"/>
              </w:rPr>
              <w:br/>
            </w:r>
            <w:r>
              <w:rPr>
                <w:sz w:val="19"/>
              </w:rPr>
              <w:br/>
              <w:t>_____________________________________</w:t>
            </w:r>
            <w:r>
              <w:rPr>
                <w:sz w:val="19"/>
              </w:rPr>
              <w:br/>
              <w:t>Fdo.: [Nombre del Director/a de Tesis]</w:t>
            </w:r>
          </w:p>
        </w:tc>
        <w:tc>
          <w:tcPr>
            <w:tcW w:w="4257" w:type="dxa"/>
          </w:tcPr>
          <w:p w14:paraId="7E7EEA79" w14:textId="67FB6D53" w:rsidR="00E044B4" w:rsidRDefault="001033BA">
            <w:r>
              <w:rPr>
                <w:sz w:val="19"/>
              </w:rPr>
              <w:t>Vº Bº Director/a del Departamento:</w:t>
            </w:r>
            <w:r>
              <w:rPr>
                <w:sz w:val="19"/>
              </w:rPr>
              <w:br/>
            </w:r>
            <w:r>
              <w:rPr>
                <w:sz w:val="19"/>
              </w:rPr>
              <w:br/>
            </w:r>
            <w:r>
              <w:rPr>
                <w:sz w:val="19"/>
              </w:rPr>
              <w:br/>
              <w:t>_____________________________________</w:t>
            </w:r>
            <w:r>
              <w:rPr>
                <w:sz w:val="19"/>
              </w:rPr>
              <w:br/>
              <w:t>Fdo.: [Nombre del Director/a del Dpto]</w:t>
            </w:r>
          </w:p>
        </w:tc>
      </w:tr>
      <w:tr w:rsidR="009E18EC" w14:paraId="2980D38E" w14:textId="77777777">
        <w:trPr>
          <w:jc w:val="center"/>
        </w:trPr>
        <w:tc>
          <w:tcPr>
            <w:tcW w:w="4608" w:type="dxa"/>
          </w:tcPr>
          <w:p w14:paraId="647B22CF" w14:textId="77777777" w:rsidR="009E18EC" w:rsidRDefault="009E18EC">
            <w:pPr>
              <w:rPr>
                <w:sz w:val="19"/>
              </w:rPr>
            </w:pPr>
          </w:p>
        </w:tc>
        <w:tc>
          <w:tcPr>
            <w:tcW w:w="4752" w:type="dxa"/>
            <w:gridSpan w:val="2"/>
          </w:tcPr>
          <w:p w14:paraId="62F343E7" w14:textId="77777777" w:rsidR="009E18EC" w:rsidRDefault="009E18EC">
            <w:pPr>
              <w:rPr>
                <w:sz w:val="19"/>
              </w:rPr>
            </w:pPr>
          </w:p>
        </w:tc>
      </w:tr>
      <w:tr w:rsidR="009E18EC" w14:paraId="75D7AB67" w14:textId="77777777">
        <w:trPr>
          <w:jc w:val="center"/>
        </w:trPr>
        <w:tc>
          <w:tcPr>
            <w:tcW w:w="4608" w:type="dxa"/>
          </w:tcPr>
          <w:p w14:paraId="35D209A0" w14:textId="77777777" w:rsidR="009E18EC" w:rsidRDefault="009E18EC">
            <w:pPr>
              <w:rPr>
                <w:sz w:val="19"/>
              </w:rPr>
            </w:pPr>
          </w:p>
        </w:tc>
        <w:tc>
          <w:tcPr>
            <w:tcW w:w="4752" w:type="dxa"/>
            <w:gridSpan w:val="2"/>
          </w:tcPr>
          <w:p w14:paraId="55C80794" w14:textId="77777777" w:rsidR="009E18EC" w:rsidRDefault="009E18EC">
            <w:pPr>
              <w:rPr>
                <w:sz w:val="19"/>
              </w:rPr>
            </w:pPr>
          </w:p>
        </w:tc>
      </w:tr>
      <w:tr w:rsidR="009E18EC" w14:paraId="2D2BEF7F" w14:textId="77777777">
        <w:trPr>
          <w:jc w:val="center"/>
        </w:trPr>
        <w:tc>
          <w:tcPr>
            <w:tcW w:w="4608" w:type="dxa"/>
          </w:tcPr>
          <w:p w14:paraId="295EE314" w14:textId="77777777" w:rsidR="009E18EC" w:rsidRDefault="009E18EC">
            <w:pPr>
              <w:rPr>
                <w:sz w:val="19"/>
              </w:rPr>
            </w:pPr>
          </w:p>
        </w:tc>
        <w:tc>
          <w:tcPr>
            <w:tcW w:w="4752" w:type="dxa"/>
            <w:gridSpan w:val="2"/>
          </w:tcPr>
          <w:p w14:paraId="383A3C66" w14:textId="77777777" w:rsidR="009E18EC" w:rsidRDefault="009E18EC">
            <w:pPr>
              <w:rPr>
                <w:sz w:val="19"/>
              </w:rPr>
            </w:pPr>
          </w:p>
        </w:tc>
      </w:tr>
    </w:tbl>
    <w:p w14:paraId="2F8E025E" w14:textId="339DFECA" w:rsidR="00762272" w:rsidRDefault="009E18EC">
      <w:r>
        <w:rPr>
          <w:sz w:val="19"/>
        </w:rPr>
        <w:t>Vº Bº Director/a del Instituto, en su caso:</w:t>
      </w:r>
      <w:r>
        <w:rPr>
          <w:sz w:val="19"/>
        </w:rPr>
        <w:br/>
      </w:r>
      <w:r>
        <w:rPr>
          <w:sz w:val="19"/>
        </w:rPr>
        <w:br/>
      </w:r>
      <w:r>
        <w:rPr>
          <w:sz w:val="19"/>
        </w:rPr>
        <w:br/>
        <w:t>_____________________________________</w:t>
      </w:r>
      <w:r>
        <w:rPr>
          <w:sz w:val="19"/>
        </w:rPr>
        <w:br/>
        <w:t>Fdo.: [Nombre del Director/a del Instituto]</w:t>
      </w:r>
    </w:p>
    <w:sectPr w:rsidR="00762272" w:rsidSect="00157B6C">
      <w:headerReference w:type="default" r:id="rId8"/>
      <w:footerReference w:type="default" r:id="rId9"/>
      <w:pgSz w:w="12240" w:h="15840"/>
      <w:pgMar w:top="2127" w:right="1440" w:bottom="1440" w:left="1440" w:header="284" w:footer="4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D8A73" w14:textId="77777777" w:rsidR="00846EAC" w:rsidRDefault="00846EAC" w:rsidP="00846EAC">
      <w:pPr>
        <w:spacing w:after="0" w:line="240" w:lineRule="auto"/>
      </w:pPr>
      <w:r>
        <w:separator/>
      </w:r>
    </w:p>
  </w:endnote>
  <w:endnote w:type="continuationSeparator" w:id="0">
    <w:p w14:paraId="51378DDA" w14:textId="77777777" w:rsidR="00846EAC" w:rsidRDefault="00846EAC" w:rsidP="00846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5940" w14:textId="77777777" w:rsidR="00157B6C" w:rsidRPr="00157B6C" w:rsidRDefault="00157B6C" w:rsidP="00157B6C">
    <w:pPr>
      <w:spacing w:after="480"/>
      <w:jc w:val="center"/>
      <w:rPr>
        <w:rFonts w:cs="Calibri"/>
        <w:b/>
        <w:bCs/>
        <w:color w:val="auto"/>
        <w:sz w:val="20"/>
        <w:szCs w:val="20"/>
      </w:rPr>
    </w:pPr>
    <w:bookmarkStart w:id="1" w:name="_Hlk244525550"/>
    <w:bookmarkStart w:id="2" w:name="_Hlk244525551"/>
    <w:r w:rsidRPr="00157B6C">
      <w:rPr>
        <w:rFonts w:cs="Calibri"/>
        <w:b/>
        <w:bCs/>
        <w:color w:val="auto"/>
        <w:sz w:val="20"/>
        <w:szCs w:val="20"/>
      </w:rPr>
      <w:t>A la atención del Vicerrector de Investigación y Transferencia</w:t>
    </w:r>
  </w:p>
  <w:bookmarkEnd w:id="1"/>
  <w:bookmarkEnd w:id="2"/>
  <w:p w14:paraId="7D31A42B" w14:textId="77777777" w:rsidR="001033BA" w:rsidRPr="00157B6C" w:rsidRDefault="001033BA" w:rsidP="00157B6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2D4E7" w14:textId="77777777" w:rsidR="00846EAC" w:rsidRDefault="00846EAC" w:rsidP="00846EAC">
      <w:pPr>
        <w:spacing w:after="0" w:line="240" w:lineRule="auto"/>
      </w:pPr>
      <w:r>
        <w:separator/>
      </w:r>
    </w:p>
  </w:footnote>
  <w:footnote w:type="continuationSeparator" w:id="0">
    <w:p w14:paraId="2A14B8A4" w14:textId="77777777" w:rsidR="00846EAC" w:rsidRDefault="00846EAC" w:rsidP="00846E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7011A" w14:textId="77777777" w:rsidR="00157B6C" w:rsidRPr="00157B6C" w:rsidRDefault="00157B6C" w:rsidP="00157B6C">
    <w:pPr>
      <w:pStyle w:val="Piedepgina"/>
      <w:jc w:val="center"/>
      <w:rPr>
        <w:color w:val="787878"/>
        <w:sz w:val="17"/>
      </w:rPr>
    </w:pPr>
    <w:r w:rsidRPr="00157B6C">
      <w:rPr>
        <w:color w:val="787878"/>
        <w:sz w:val="17"/>
      </w:rPr>
      <w:t xml:space="preserve">Documento de Aval y Compromiso de Cofinanciación del IP - </w:t>
    </w:r>
    <w:r>
      <w:rPr>
        <w:color w:val="787878"/>
        <w:sz w:val="17"/>
      </w:rPr>
      <w:t>INGENT</w:t>
    </w:r>
    <w:r w:rsidRPr="00157B6C">
      <w:rPr>
        <w:color w:val="787878"/>
        <w:sz w:val="17"/>
      </w:rPr>
      <w:t xml:space="preserve"> 2027</w:t>
    </w:r>
  </w:p>
  <w:p w14:paraId="1B9406C1" w14:textId="7001C1F2" w:rsidR="00846EAC" w:rsidRDefault="00846EAC" w:rsidP="00846EAC">
    <w:pPr>
      <w:pStyle w:val="Encabezado"/>
      <w:jc w:val="center"/>
    </w:pPr>
    <w:r>
      <w:rPr>
        <w:rFonts w:ascii="Arial" w:hAnsi="Arial" w:cs="Arial"/>
        <w:noProof/>
        <w:color w:val="A5A5A5"/>
        <w:sz w:val="32"/>
        <w:szCs w:val="32"/>
        <w:lang w:eastAsia="es-ES"/>
      </w:rPr>
      <w:drawing>
        <wp:anchor distT="0" distB="0" distL="114300" distR="114300" simplePos="0" relativeHeight="251658240" behindDoc="1" locked="0" layoutInCell="1" allowOverlap="1" wp14:anchorId="0E7A47F2" wp14:editId="7C16EC0B">
          <wp:simplePos x="0" y="0"/>
          <wp:positionH relativeFrom="column">
            <wp:posOffset>1844675</wp:posOffset>
          </wp:positionH>
          <wp:positionV relativeFrom="paragraph">
            <wp:posOffset>212780</wp:posOffset>
          </wp:positionV>
          <wp:extent cx="2259965" cy="716280"/>
          <wp:effectExtent l="0" t="0" r="0" b="7620"/>
          <wp:wrapTight wrapText="bothSides">
            <wp:wrapPolygon edited="0">
              <wp:start x="364" y="2872"/>
              <wp:lineTo x="0" y="17809"/>
              <wp:lineTo x="0" y="19532"/>
              <wp:lineTo x="2731" y="21255"/>
              <wp:lineTo x="3641" y="21255"/>
              <wp:lineTo x="20028" y="17809"/>
              <wp:lineTo x="20756" y="14362"/>
              <wp:lineTo x="18936" y="13213"/>
              <wp:lineTo x="20756" y="9766"/>
              <wp:lineTo x="20028" y="5170"/>
              <wp:lineTo x="6008" y="2872"/>
              <wp:lineTo x="364" y="2872"/>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59965" cy="7162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597106215">
    <w:abstractNumId w:val="8"/>
  </w:num>
  <w:num w:numId="2" w16cid:durableId="1115490500">
    <w:abstractNumId w:val="6"/>
  </w:num>
  <w:num w:numId="3" w16cid:durableId="472720543">
    <w:abstractNumId w:val="5"/>
  </w:num>
  <w:num w:numId="4" w16cid:durableId="353650155">
    <w:abstractNumId w:val="4"/>
  </w:num>
  <w:num w:numId="5" w16cid:durableId="1246455824">
    <w:abstractNumId w:val="7"/>
  </w:num>
  <w:num w:numId="6" w16cid:durableId="21789312">
    <w:abstractNumId w:val="3"/>
  </w:num>
  <w:num w:numId="7" w16cid:durableId="163979324">
    <w:abstractNumId w:val="2"/>
  </w:num>
  <w:num w:numId="8" w16cid:durableId="794635961">
    <w:abstractNumId w:val="1"/>
  </w:num>
  <w:num w:numId="9" w16cid:durableId="606305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33BA"/>
    <w:rsid w:val="0015074B"/>
    <w:rsid w:val="00157B6C"/>
    <w:rsid w:val="002411D0"/>
    <w:rsid w:val="0029639D"/>
    <w:rsid w:val="00314462"/>
    <w:rsid w:val="00326F90"/>
    <w:rsid w:val="00590A3F"/>
    <w:rsid w:val="005B2A82"/>
    <w:rsid w:val="00762272"/>
    <w:rsid w:val="00846EAC"/>
    <w:rsid w:val="009E18EC"/>
    <w:rsid w:val="00AA1D8D"/>
    <w:rsid w:val="00B47730"/>
    <w:rsid w:val="00C14C9A"/>
    <w:rsid w:val="00CB0664"/>
    <w:rsid w:val="00CD2DA9"/>
    <w:rsid w:val="00E044B4"/>
    <w:rsid w:val="00F302FA"/>
    <w:rsid w:val="00FB75A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1B616F45"/>
  <w14:defaultImageDpi w14:val="300"/>
  <w15:docId w15:val="{46B52282-AE9A-4EC1-9168-6875D478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2.png@01D378C5.12CA13C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496</Words>
  <Characters>2731</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gcremades</dc:creator>
  <cp:keywords/>
  <dc:description>generated by python-docx</dc:description>
  <cp:lastModifiedBy>Cremades Cremades, Gloria</cp:lastModifiedBy>
  <cp:revision>2</cp:revision>
  <dcterms:created xsi:type="dcterms:W3CDTF">2026-11-02T18:05:00Z</dcterms:created>
  <dcterms:modified xsi:type="dcterms:W3CDTF">2026-11-02T18:05:00Z</dcterms:modified>
  <cp:category/>
</cp:coreProperties>
</file>