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B7A4C" w14:textId="0F3C216E" w:rsidR="004155A4" w:rsidRDefault="00AE19B2">
      <w:pPr>
        <w:spacing w:after="80"/>
        <w:jc w:val="center"/>
      </w:pPr>
      <w:r>
        <w:rPr>
          <w:b/>
          <w:color w:val="1F4E79"/>
          <w:sz w:val="28"/>
        </w:rPr>
        <w:t xml:space="preserve">MODELO DE AVAL </w:t>
      </w:r>
      <w:r w:rsidR="00E41851">
        <w:rPr>
          <w:b/>
          <w:color w:val="1F4E79"/>
          <w:sz w:val="28"/>
        </w:rPr>
        <w:t xml:space="preserve">y </w:t>
      </w:r>
      <w:r>
        <w:rPr>
          <w:b/>
          <w:color w:val="1F4E79"/>
          <w:sz w:val="28"/>
        </w:rPr>
        <w:t xml:space="preserve">COMPROMISO DE COFINANCIACIÓN </w:t>
      </w:r>
      <w:r w:rsidR="006D53DA">
        <w:rPr>
          <w:b/>
          <w:color w:val="1F4E79"/>
          <w:sz w:val="28"/>
        </w:rPr>
        <w:t>del IP</w:t>
      </w:r>
    </w:p>
    <w:p w14:paraId="726F68C8" w14:textId="1A03B441" w:rsidR="004155A4" w:rsidRDefault="00AE19B2">
      <w:pPr>
        <w:spacing w:after="280"/>
        <w:jc w:val="center"/>
      </w:pPr>
      <w:r>
        <w:rPr>
          <w:b/>
          <w:color w:val="595959"/>
          <w:sz w:val="23"/>
        </w:rPr>
        <w:t>CONVOCATORIA PLAN GENT2</w:t>
      </w:r>
      <w:r w:rsidR="00E41851">
        <w:rPr>
          <w:b/>
          <w:color w:val="595959"/>
          <w:sz w:val="23"/>
        </w:rPr>
        <w:t xml:space="preserve"> </w:t>
      </w:r>
      <w:r>
        <w:rPr>
          <w:b/>
          <w:color w:val="595959"/>
          <w:sz w:val="23"/>
        </w:rPr>
        <w:t>2027 (MODALIDAD EMGENT)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053"/>
        <w:gridCol w:w="20"/>
      </w:tblGrid>
      <w:tr w:rsidR="004155A4" w14:paraId="3469F7F6" w14:textId="77777777" w:rsidTr="00282CB0">
        <w:trPr>
          <w:gridAfter w:val="1"/>
          <w:wAfter w:w="20" w:type="dxa"/>
          <w:jc w:val="center"/>
        </w:trPr>
        <w:tc>
          <w:tcPr>
            <w:tcW w:w="9365" w:type="dxa"/>
            <w:gridSpan w:val="2"/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33A5BD" w14:textId="2EE1E35A" w:rsidR="004155A4" w:rsidRDefault="00AE19B2">
            <w:pPr>
              <w:spacing w:after="0"/>
            </w:pPr>
            <w:r>
              <w:rPr>
                <w:b/>
                <w:color w:val="FFFFFF"/>
                <w:sz w:val="21"/>
              </w:rPr>
              <w:t xml:space="preserve">1. DATOS DE LA </w:t>
            </w:r>
            <w:r>
              <w:rPr>
                <w:b/>
                <w:color w:val="FFFFFF"/>
                <w:sz w:val="21"/>
              </w:rPr>
              <w:t>PERSONA INVESTIGADORA RESPONSABLE (IP</w:t>
            </w:r>
            <w:r w:rsidR="006473A0">
              <w:rPr>
                <w:b/>
                <w:color w:val="FFFFFF"/>
                <w:sz w:val="21"/>
              </w:rPr>
              <w:t xml:space="preserve"> </w:t>
            </w:r>
            <w:r w:rsidR="003D6B11">
              <w:rPr>
                <w:b/>
                <w:color w:val="FFFFFF"/>
                <w:sz w:val="21"/>
              </w:rPr>
              <w:t>AVALADOR</w:t>
            </w:r>
            <w:r w:rsidR="006473A0">
              <w:rPr>
                <w:b/>
                <w:color w:val="FFFFFF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UMH)</w:t>
            </w:r>
          </w:p>
        </w:tc>
      </w:tr>
      <w:tr w:rsidR="004155A4" w14:paraId="1F72D984" w14:textId="77777777" w:rsidTr="00FC13D0">
        <w:trPr>
          <w:jc w:val="center"/>
        </w:trPr>
        <w:tc>
          <w:tcPr>
            <w:tcW w:w="3312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5A69F6" w14:textId="77777777" w:rsidR="004155A4" w:rsidRDefault="00AE19B2">
            <w:pPr>
              <w:spacing w:after="0"/>
            </w:pPr>
            <w:r>
              <w:rPr>
                <w:b/>
                <w:color w:val="282828"/>
                <w:sz w:val="19"/>
              </w:rPr>
              <w:t>Nombre y Apellidos:</w:t>
            </w:r>
          </w:p>
        </w:tc>
        <w:tc>
          <w:tcPr>
            <w:tcW w:w="6073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9FFB28" w14:textId="77777777" w:rsidR="004155A4" w:rsidRDefault="00AE19B2">
            <w:pPr>
              <w:spacing w:after="0"/>
            </w:pPr>
            <w:r>
              <w:rPr>
                <w:color w:val="505050"/>
                <w:sz w:val="19"/>
              </w:rPr>
              <w:t>[Nombre y apellidos del/de la Investigador/a Responsable UMH]</w:t>
            </w:r>
          </w:p>
        </w:tc>
      </w:tr>
      <w:tr w:rsidR="004155A4" w14:paraId="760BDC5C" w14:textId="77777777" w:rsidTr="00FC13D0">
        <w:trPr>
          <w:jc w:val="center"/>
        </w:trPr>
        <w:tc>
          <w:tcPr>
            <w:tcW w:w="3312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0F6856" w14:textId="77777777" w:rsidR="004155A4" w:rsidRDefault="00AE19B2">
            <w:pPr>
              <w:spacing w:after="0"/>
            </w:pPr>
            <w:r>
              <w:rPr>
                <w:b/>
                <w:color w:val="282828"/>
                <w:sz w:val="19"/>
              </w:rPr>
              <w:t>N.I.F. / D.N.I.:</w:t>
            </w:r>
          </w:p>
        </w:tc>
        <w:tc>
          <w:tcPr>
            <w:tcW w:w="6073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225461" w14:textId="77777777" w:rsidR="004155A4" w:rsidRDefault="00AE19B2">
            <w:pPr>
              <w:spacing w:after="0"/>
            </w:pPr>
            <w:r>
              <w:rPr>
                <w:color w:val="505050"/>
                <w:sz w:val="19"/>
              </w:rPr>
              <w:t>[Número de DNI/NIE]</w:t>
            </w:r>
          </w:p>
        </w:tc>
      </w:tr>
      <w:tr w:rsidR="004155A4" w14:paraId="7ECE71DD" w14:textId="77777777" w:rsidTr="00FC13D0">
        <w:trPr>
          <w:jc w:val="center"/>
        </w:trPr>
        <w:tc>
          <w:tcPr>
            <w:tcW w:w="3312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11AE6E" w14:textId="77777777" w:rsidR="004155A4" w:rsidRDefault="00AE19B2">
            <w:pPr>
              <w:spacing w:after="0"/>
            </w:pPr>
            <w:r>
              <w:rPr>
                <w:b/>
                <w:color w:val="282828"/>
                <w:sz w:val="19"/>
              </w:rPr>
              <w:t>Categoría Profesional:</w:t>
            </w:r>
          </w:p>
        </w:tc>
        <w:tc>
          <w:tcPr>
            <w:tcW w:w="6073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5D994B" w14:textId="77777777" w:rsidR="004155A4" w:rsidRDefault="00AE19B2">
            <w:pPr>
              <w:spacing w:after="0"/>
            </w:pPr>
            <w:r>
              <w:rPr>
                <w:color w:val="505050"/>
                <w:sz w:val="19"/>
              </w:rPr>
              <w:t>[Catedrático/a, Profesor/a Titular, Contratado/a Doctor/a,</w:t>
            </w:r>
            <w:r>
              <w:rPr>
                <w:color w:val="505050"/>
                <w:sz w:val="19"/>
              </w:rPr>
              <w:t xml:space="preserve"> etc.]</w:t>
            </w:r>
          </w:p>
        </w:tc>
      </w:tr>
      <w:tr w:rsidR="004155A4" w14:paraId="23E7E670" w14:textId="77777777" w:rsidTr="00FC13D0">
        <w:trPr>
          <w:jc w:val="center"/>
        </w:trPr>
        <w:tc>
          <w:tcPr>
            <w:tcW w:w="3312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F31E27" w14:textId="77777777" w:rsidR="004155A4" w:rsidRDefault="00AE19B2">
            <w:pPr>
              <w:spacing w:after="0"/>
            </w:pPr>
            <w:r>
              <w:rPr>
                <w:b/>
                <w:color w:val="282828"/>
                <w:sz w:val="19"/>
              </w:rPr>
              <w:t>Departamento / Instituto:</w:t>
            </w:r>
          </w:p>
        </w:tc>
        <w:tc>
          <w:tcPr>
            <w:tcW w:w="6073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D88EB8" w14:textId="77777777" w:rsidR="004155A4" w:rsidRDefault="00AE19B2">
            <w:pPr>
              <w:spacing w:after="0"/>
            </w:pPr>
            <w:r>
              <w:rPr>
                <w:color w:val="505050"/>
                <w:sz w:val="19"/>
              </w:rPr>
              <w:t>[Nombre del Departamento o Instituto de Investigación UMH]</w:t>
            </w:r>
          </w:p>
        </w:tc>
      </w:tr>
      <w:tr w:rsidR="004155A4" w14:paraId="5AA8E493" w14:textId="77777777" w:rsidTr="00FC13D0">
        <w:trPr>
          <w:jc w:val="center"/>
        </w:trPr>
        <w:tc>
          <w:tcPr>
            <w:tcW w:w="3312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801601" w14:textId="77777777" w:rsidR="004155A4" w:rsidRDefault="00AE19B2">
            <w:pPr>
              <w:spacing w:after="0"/>
            </w:pPr>
            <w:r>
              <w:rPr>
                <w:b/>
                <w:color w:val="282828"/>
                <w:sz w:val="19"/>
              </w:rPr>
              <w:t>Área de Conocimiento / AEI:</w:t>
            </w:r>
          </w:p>
        </w:tc>
        <w:tc>
          <w:tcPr>
            <w:tcW w:w="6073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D8EA7F" w14:textId="77777777" w:rsidR="004155A4" w:rsidRDefault="00AE19B2">
            <w:pPr>
              <w:spacing w:after="0"/>
            </w:pPr>
            <w:r>
              <w:rPr>
                <w:color w:val="505050"/>
                <w:sz w:val="19"/>
              </w:rPr>
              <w:t>[Área científica de adscripción]</w:t>
            </w:r>
          </w:p>
        </w:tc>
      </w:tr>
    </w:tbl>
    <w:p w14:paraId="3936BEC1" w14:textId="77777777" w:rsidR="004155A4" w:rsidRDefault="004155A4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048"/>
        <w:gridCol w:w="20"/>
      </w:tblGrid>
      <w:tr w:rsidR="004155A4" w14:paraId="41146CE5" w14:textId="77777777">
        <w:trPr>
          <w:gridAfter w:val="1"/>
          <w:wAfter w:w="20" w:type="dxa"/>
          <w:jc w:val="center"/>
        </w:trPr>
        <w:tc>
          <w:tcPr>
            <w:tcW w:w="9360" w:type="dxa"/>
            <w:gridSpan w:val="2"/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40B2B5" w14:textId="77777777" w:rsidR="004155A4" w:rsidRDefault="00AE19B2">
            <w:pPr>
              <w:spacing w:after="0"/>
            </w:pPr>
            <w:r>
              <w:rPr>
                <w:b/>
                <w:color w:val="FFFFFF"/>
                <w:sz w:val="21"/>
              </w:rPr>
              <w:t xml:space="preserve">2. DATOS DE LA </w:t>
            </w:r>
            <w:r>
              <w:rPr>
                <w:b/>
                <w:color w:val="FFFFFF"/>
                <w:sz w:val="21"/>
              </w:rPr>
              <w:t>PERSONA CANDIDATA DOCTORA DE EXCELENCIA</w:t>
            </w:r>
          </w:p>
        </w:tc>
      </w:tr>
      <w:tr w:rsidR="004155A4" w14:paraId="4A0E798D" w14:textId="77777777">
        <w:trPr>
          <w:jc w:val="center"/>
        </w:trPr>
        <w:tc>
          <w:tcPr>
            <w:tcW w:w="3312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A26E4C" w14:textId="77777777" w:rsidR="004155A4" w:rsidRDefault="00AE19B2">
            <w:pPr>
              <w:spacing w:after="0"/>
            </w:pPr>
            <w:r>
              <w:rPr>
                <w:b/>
                <w:color w:val="282828"/>
                <w:sz w:val="19"/>
              </w:rPr>
              <w:t>Nombre y Apellidos:</w:t>
            </w:r>
          </w:p>
        </w:tc>
        <w:tc>
          <w:tcPr>
            <w:tcW w:w="6048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6E4309" w14:textId="77777777" w:rsidR="004155A4" w:rsidRDefault="00AE19B2">
            <w:pPr>
              <w:spacing w:after="0"/>
            </w:pPr>
            <w:r>
              <w:rPr>
                <w:color w:val="505050"/>
                <w:sz w:val="19"/>
              </w:rPr>
              <w:t>[Nombre y apellidos de la persona investigadora candidata]</w:t>
            </w:r>
          </w:p>
        </w:tc>
      </w:tr>
      <w:tr w:rsidR="004155A4" w14:paraId="708E9155" w14:textId="77777777">
        <w:trPr>
          <w:jc w:val="center"/>
        </w:trPr>
        <w:tc>
          <w:tcPr>
            <w:tcW w:w="3312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59E26D" w14:textId="405FC63A" w:rsidR="004155A4" w:rsidRDefault="00AE19B2">
            <w:pPr>
              <w:spacing w:after="0"/>
            </w:pPr>
            <w:r>
              <w:rPr>
                <w:b/>
                <w:color w:val="282828"/>
                <w:sz w:val="19"/>
              </w:rPr>
              <w:t xml:space="preserve">N.I.F. / </w:t>
            </w:r>
            <w:r w:rsidR="006473A0">
              <w:rPr>
                <w:b/>
                <w:color w:val="282828"/>
                <w:sz w:val="19"/>
              </w:rPr>
              <w:t xml:space="preserve">N.I.E./ </w:t>
            </w:r>
            <w:proofErr w:type="spellStart"/>
            <w:r>
              <w:rPr>
                <w:b/>
                <w:color w:val="282828"/>
                <w:sz w:val="19"/>
              </w:rPr>
              <w:t>Pasaporte</w:t>
            </w:r>
            <w:proofErr w:type="spellEnd"/>
            <w:r>
              <w:rPr>
                <w:b/>
                <w:color w:val="282828"/>
                <w:sz w:val="19"/>
              </w:rPr>
              <w:t>:</w:t>
            </w:r>
          </w:p>
        </w:tc>
        <w:tc>
          <w:tcPr>
            <w:tcW w:w="6048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503F06" w14:textId="77777777" w:rsidR="004155A4" w:rsidRDefault="00AE19B2">
            <w:pPr>
              <w:spacing w:after="0"/>
            </w:pPr>
            <w:r>
              <w:rPr>
                <w:color w:val="505050"/>
                <w:sz w:val="19"/>
              </w:rPr>
              <w:t>[Número de documento de identidad/pasaporte]</w:t>
            </w:r>
          </w:p>
        </w:tc>
      </w:tr>
      <w:tr w:rsidR="004155A4" w14:paraId="071D2297" w14:textId="77777777">
        <w:trPr>
          <w:jc w:val="center"/>
        </w:trPr>
        <w:tc>
          <w:tcPr>
            <w:tcW w:w="3312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6A6703" w14:textId="77777777" w:rsidR="004155A4" w:rsidRDefault="00AE19B2">
            <w:pPr>
              <w:spacing w:after="0"/>
            </w:pPr>
            <w:r>
              <w:rPr>
                <w:b/>
                <w:color w:val="282828"/>
                <w:sz w:val="19"/>
              </w:rPr>
              <w:t>Fecha de Obtención de Doctorado:</w:t>
            </w:r>
          </w:p>
        </w:tc>
        <w:tc>
          <w:tcPr>
            <w:tcW w:w="6048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FE9EC2" w14:textId="77777777" w:rsidR="004155A4" w:rsidRDefault="00AE19B2">
            <w:pPr>
              <w:spacing w:after="0"/>
            </w:pPr>
            <w:r>
              <w:rPr>
                <w:color w:val="505050"/>
                <w:sz w:val="19"/>
              </w:rPr>
              <w:t xml:space="preserve">[Fecha de lectura de tesis - </w:t>
            </w:r>
            <w:r>
              <w:rPr>
                <w:color w:val="505050"/>
                <w:sz w:val="19"/>
              </w:rPr>
              <w:t>Mínimo 3 años de antigüedad exigidos]</w:t>
            </w:r>
          </w:p>
        </w:tc>
      </w:tr>
      <w:tr w:rsidR="004155A4" w14:paraId="51EE8E05" w14:textId="77777777">
        <w:trPr>
          <w:jc w:val="center"/>
        </w:trPr>
        <w:tc>
          <w:tcPr>
            <w:tcW w:w="3312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C4B17B" w14:textId="77777777" w:rsidR="004155A4" w:rsidRDefault="00AE19B2">
            <w:pPr>
              <w:spacing w:after="0"/>
            </w:pPr>
            <w:r>
              <w:rPr>
                <w:b/>
                <w:color w:val="282828"/>
                <w:sz w:val="19"/>
              </w:rPr>
              <w:t>Estancias Internacionales:</w:t>
            </w:r>
          </w:p>
        </w:tc>
        <w:tc>
          <w:tcPr>
            <w:tcW w:w="6048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D97F1F" w14:textId="77777777" w:rsidR="004155A4" w:rsidRDefault="00AE19B2">
            <w:pPr>
              <w:spacing w:after="0"/>
            </w:pPr>
            <w:r>
              <w:rPr>
                <w:color w:val="505050"/>
                <w:sz w:val="19"/>
              </w:rPr>
              <w:t>[Centros internacionales y fechas - Mínimo 2 años acumulados fuera de la CV]</w:t>
            </w:r>
          </w:p>
        </w:tc>
      </w:tr>
    </w:tbl>
    <w:p w14:paraId="47CB33C7" w14:textId="77777777" w:rsidR="004155A4" w:rsidRDefault="004155A4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048"/>
        <w:gridCol w:w="20"/>
      </w:tblGrid>
      <w:tr w:rsidR="004155A4" w14:paraId="3E04BFC4" w14:textId="77777777">
        <w:trPr>
          <w:gridAfter w:val="1"/>
          <w:wAfter w:w="20" w:type="dxa"/>
          <w:jc w:val="center"/>
        </w:trPr>
        <w:tc>
          <w:tcPr>
            <w:tcW w:w="9360" w:type="dxa"/>
            <w:gridSpan w:val="2"/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8E2A97" w14:textId="77777777" w:rsidR="004155A4" w:rsidRDefault="00AE19B2">
            <w:pPr>
              <w:spacing w:after="0"/>
            </w:pPr>
            <w:bookmarkStart w:id="0" w:name="_Hlk244519478"/>
            <w:r>
              <w:rPr>
                <w:b/>
                <w:color w:val="FFFFFF"/>
                <w:sz w:val="21"/>
              </w:rPr>
              <w:t>3. DATOS DE LA ENTIDAD COLABORADORA Y DEL PROYECTO DE TRANSFERENCIA</w:t>
            </w:r>
          </w:p>
        </w:tc>
      </w:tr>
      <w:tr w:rsidR="004155A4" w14:paraId="259ED364" w14:textId="77777777">
        <w:trPr>
          <w:jc w:val="center"/>
        </w:trPr>
        <w:tc>
          <w:tcPr>
            <w:tcW w:w="3312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3DA508" w14:textId="77777777" w:rsidR="004155A4" w:rsidRDefault="00AE19B2">
            <w:pPr>
              <w:spacing w:after="0"/>
            </w:pPr>
            <w:r>
              <w:rPr>
                <w:b/>
                <w:color w:val="282828"/>
                <w:sz w:val="19"/>
              </w:rPr>
              <w:t>Entidad Receptora (Empresa/Admón):</w:t>
            </w:r>
          </w:p>
        </w:tc>
        <w:tc>
          <w:tcPr>
            <w:tcW w:w="6048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F11425" w14:textId="77777777" w:rsidR="004155A4" w:rsidRDefault="00AE19B2">
            <w:pPr>
              <w:spacing w:after="0"/>
            </w:pPr>
            <w:r>
              <w:rPr>
                <w:color w:val="505050"/>
                <w:sz w:val="19"/>
              </w:rPr>
              <w:t>[Nombre</w:t>
            </w:r>
            <w:r>
              <w:rPr>
                <w:color w:val="505050"/>
                <w:sz w:val="19"/>
              </w:rPr>
              <w:t xml:space="preserve"> de la Empresa Valenciana o Administración Pública]</w:t>
            </w:r>
          </w:p>
        </w:tc>
      </w:tr>
      <w:tr w:rsidR="004155A4" w14:paraId="18AD45DB" w14:textId="77777777">
        <w:trPr>
          <w:jc w:val="center"/>
        </w:trPr>
        <w:tc>
          <w:tcPr>
            <w:tcW w:w="3312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207838" w14:textId="77777777" w:rsidR="004155A4" w:rsidRDefault="00AE19B2">
            <w:pPr>
              <w:spacing w:after="0"/>
            </w:pPr>
            <w:r>
              <w:rPr>
                <w:b/>
                <w:color w:val="282828"/>
                <w:sz w:val="19"/>
              </w:rPr>
              <w:t>C.I.F. de la Entidad:</w:t>
            </w:r>
          </w:p>
        </w:tc>
        <w:tc>
          <w:tcPr>
            <w:tcW w:w="6048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B0F4D4" w14:textId="77777777" w:rsidR="004155A4" w:rsidRDefault="00AE19B2">
            <w:pPr>
              <w:spacing w:after="0"/>
            </w:pPr>
            <w:r>
              <w:rPr>
                <w:color w:val="505050"/>
                <w:sz w:val="19"/>
              </w:rPr>
              <w:t>[CIF de la empresa o entidad colaboradora]</w:t>
            </w:r>
          </w:p>
        </w:tc>
      </w:tr>
      <w:tr w:rsidR="004155A4" w14:paraId="103829FE" w14:textId="77777777">
        <w:trPr>
          <w:jc w:val="center"/>
        </w:trPr>
        <w:tc>
          <w:tcPr>
            <w:tcW w:w="3312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5D980F" w14:textId="77777777" w:rsidR="004155A4" w:rsidRDefault="00AE19B2">
            <w:pPr>
              <w:spacing w:after="0"/>
            </w:pPr>
            <w:r>
              <w:rPr>
                <w:b/>
                <w:color w:val="282828"/>
                <w:sz w:val="19"/>
              </w:rPr>
              <w:t>Título del Proyecto de Transferencia:</w:t>
            </w:r>
          </w:p>
        </w:tc>
        <w:tc>
          <w:tcPr>
            <w:tcW w:w="6048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9F4574" w14:textId="77777777" w:rsidR="004155A4" w:rsidRDefault="00AE19B2">
            <w:pPr>
              <w:spacing w:after="0"/>
            </w:pPr>
            <w:r>
              <w:rPr>
                <w:color w:val="505050"/>
                <w:sz w:val="19"/>
              </w:rPr>
              <w:t>[Título completo del proyecto de I+D+i o desarrollo experimental]</w:t>
            </w:r>
          </w:p>
        </w:tc>
      </w:tr>
      <w:tr w:rsidR="004155A4" w14:paraId="561585CF" w14:textId="77777777">
        <w:trPr>
          <w:jc w:val="center"/>
        </w:trPr>
        <w:tc>
          <w:tcPr>
            <w:tcW w:w="3312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AFA740" w14:textId="77777777" w:rsidR="004155A4" w:rsidRDefault="00AE19B2">
            <w:pPr>
              <w:spacing w:after="0"/>
            </w:pPr>
            <w:r>
              <w:rPr>
                <w:b/>
                <w:color w:val="282828"/>
                <w:sz w:val="19"/>
              </w:rPr>
              <w:t>Convenio / Contrato OTRI:</w:t>
            </w:r>
          </w:p>
        </w:tc>
        <w:tc>
          <w:tcPr>
            <w:tcW w:w="6048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B02202" w14:textId="77777777" w:rsidR="004155A4" w:rsidRDefault="00AE19B2">
            <w:pPr>
              <w:spacing w:after="0"/>
            </w:pPr>
            <w:r>
              <w:rPr>
                <w:color w:val="505050"/>
                <w:sz w:val="19"/>
              </w:rPr>
              <w:t>[Referencia o estado del Convenio/Contrato de Transferencia Tecnológica]</w:t>
            </w:r>
          </w:p>
        </w:tc>
      </w:tr>
      <w:bookmarkEnd w:id="0"/>
    </w:tbl>
    <w:p w14:paraId="12BB434C" w14:textId="77777777" w:rsidR="004155A4" w:rsidRDefault="004155A4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155A4" w14:paraId="7B6AF49F" w14:textId="77777777">
        <w:trPr>
          <w:jc w:val="center"/>
        </w:trPr>
        <w:tc>
          <w:tcPr>
            <w:tcW w:w="9360" w:type="dxa"/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118012" w14:textId="77777777" w:rsidR="004155A4" w:rsidRDefault="00AE19B2">
            <w:pPr>
              <w:spacing w:after="0"/>
            </w:pPr>
            <w:r>
              <w:rPr>
                <w:b/>
                <w:color w:val="FFFFFF"/>
                <w:sz w:val="21"/>
              </w:rPr>
              <w:t>4. AVAL, DECLARACIÓN RESPONSABLE Y COMPROMISOS INSTITUCIONALES</w:t>
            </w:r>
          </w:p>
        </w:tc>
      </w:tr>
    </w:tbl>
    <w:p w14:paraId="208CA4AB" w14:textId="77777777" w:rsidR="00E41851" w:rsidRDefault="00E41851" w:rsidP="00E41851">
      <w:pPr>
        <w:spacing w:before="80" w:after="120"/>
        <w:jc w:val="both"/>
        <w:rPr>
          <w:b/>
          <w:sz w:val="20"/>
        </w:rPr>
      </w:pPr>
    </w:p>
    <w:p w14:paraId="51377FE8" w14:textId="36456DA8" w:rsidR="004155A4" w:rsidRDefault="00AE19B2" w:rsidP="00E41851">
      <w:pPr>
        <w:spacing w:before="80" w:after="120"/>
        <w:jc w:val="both"/>
      </w:pPr>
      <w:bookmarkStart w:id="1" w:name="_Hlk244525624"/>
      <w:r>
        <w:rPr>
          <w:b/>
          <w:sz w:val="20"/>
        </w:rPr>
        <w:t xml:space="preserve">El/la </w:t>
      </w:r>
      <w:proofErr w:type="spellStart"/>
      <w:r>
        <w:rPr>
          <w:b/>
          <w:sz w:val="20"/>
        </w:rPr>
        <w:t>abajo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firmante</w:t>
      </w:r>
      <w:proofErr w:type="spellEnd"/>
      <w:r>
        <w:rPr>
          <w:b/>
          <w:sz w:val="20"/>
        </w:rPr>
        <w:t xml:space="preserve">, </w:t>
      </w:r>
      <w:proofErr w:type="spellStart"/>
      <w:r>
        <w:rPr>
          <w:b/>
          <w:sz w:val="20"/>
        </w:rPr>
        <w:t>en</w:t>
      </w:r>
      <w:proofErr w:type="spellEnd"/>
      <w:r>
        <w:rPr>
          <w:b/>
          <w:sz w:val="20"/>
        </w:rPr>
        <w:t xml:space="preserve"> su condición de persona investigadora doctora responsable de la propuesta en la Universidad </w:t>
      </w:r>
      <w:r>
        <w:rPr>
          <w:b/>
          <w:sz w:val="20"/>
        </w:rPr>
        <w:t>Miguel Hernández de Elche, DECLARA BAJO SU RESPONSABILIDAD Y SE COMPROMETE:</w:t>
      </w:r>
    </w:p>
    <w:bookmarkEnd w:id="1"/>
    <w:p w14:paraId="5932C2C4" w14:textId="511A7222" w:rsidR="004155A4" w:rsidRDefault="00017DC1" w:rsidP="00A500C3">
      <w:pPr>
        <w:spacing w:before="240" w:after="80"/>
        <w:ind w:left="288"/>
        <w:jc w:val="both"/>
      </w:pPr>
      <w:r>
        <w:rPr>
          <w:b/>
          <w:color w:val="1F4E79"/>
          <w:sz w:val="19"/>
        </w:rPr>
        <w:t>4.</w:t>
      </w:r>
      <w:r w:rsidR="00AE19B2">
        <w:rPr>
          <w:b/>
          <w:color w:val="1F4E79"/>
          <w:sz w:val="19"/>
        </w:rPr>
        <w:t xml:space="preserve">1. Aval Científico y de Oportunidad Tecnológica: </w:t>
      </w:r>
      <w:r w:rsidR="00AE19B2">
        <w:rPr>
          <w:sz w:val="19"/>
        </w:rPr>
        <w:t>AVALA formalmente la candidatura presentada en la modalidad EMGENT 2027 y el proyecto de transferencia del conocimiento asociado, d</w:t>
      </w:r>
      <w:r w:rsidR="00AE19B2">
        <w:rPr>
          <w:sz w:val="19"/>
        </w:rPr>
        <w:t>estacando su excelencia científica, viabilidad técnica y alineamiento con los retos del tejido productivo y social de la Comunitat Valenciana.</w:t>
      </w:r>
    </w:p>
    <w:p w14:paraId="0B66D118" w14:textId="3FE348DD" w:rsidR="004155A4" w:rsidRDefault="00017DC1" w:rsidP="00A500C3">
      <w:pPr>
        <w:spacing w:beforeLines="120" w:before="288" w:afterLines="120" w:after="288"/>
        <w:ind w:left="289"/>
        <w:jc w:val="both"/>
      </w:pPr>
      <w:r>
        <w:rPr>
          <w:b/>
          <w:color w:val="1F4E79"/>
          <w:sz w:val="19"/>
        </w:rPr>
        <w:t>4.</w:t>
      </w:r>
      <w:r w:rsidR="00AE19B2">
        <w:rPr>
          <w:b/>
          <w:color w:val="1F4E79"/>
          <w:sz w:val="19"/>
        </w:rPr>
        <w:t xml:space="preserve">2. Compromiso de </w:t>
      </w:r>
      <w:proofErr w:type="spellStart"/>
      <w:r w:rsidR="00AE19B2">
        <w:rPr>
          <w:b/>
          <w:color w:val="1F4E79"/>
          <w:sz w:val="19"/>
        </w:rPr>
        <w:t>Tutoría</w:t>
      </w:r>
      <w:proofErr w:type="spellEnd"/>
      <w:r w:rsidR="00AE19B2">
        <w:rPr>
          <w:b/>
          <w:color w:val="1F4E79"/>
          <w:sz w:val="19"/>
        </w:rPr>
        <w:t xml:space="preserve"> y </w:t>
      </w:r>
      <w:proofErr w:type="spellStart"/>
      <w:r w:rsidR="00AE19B2">
        <w:rPr>
          <w:b/>
          <w:color w:val="1F4E79"/>
          <w:sz w:val="19"/>
        </w:rPr>
        <w:t>Coordinación</w:t>
      </w:r>
      <w:proofErr w:type="spellEnd"/>
      <w:r w:rsidR="00AE19B2">
        <w:rPr>
          <w:b/>
          <w:color w:val="1F4E79"/>
          <w:sz w:val="19"/>
        </w:rPr>
        <w:t xml:space="preserve"> </w:t>
      </w:r>
      <w:proofErr w:type="spellStart"/>
      <w:r w:rsidR="00AE19B2">
        <w:rPr>
          <w:b/>
          <w:color w:val="1F4E79"/>
          <w:sz w:val="19"/>
        </w:rPr>
        <w:t>Científica</w:t>
      </w:r>
      <w:proofErr w:type="spellEnd"/>
      <w:r w:rsidR="00AE19B2">
        <w:rPr>
          <w:b/>
          <w:color w:val="1F4E79"/>
          <w:sz w:val="19"/>
        </w:rPr>
        <w:t xml:space="preserve">: </w:t>
      </w:r>
      <w:r w:rsidR="00AE19B2">
        <w:rPr>
          <w:sz w:val="19"/>
        </w:rPr>
        <w:t xml:space="preserve">SE COMPROMETE </w:t>
      </w:r>
      <w:proofErr w:type="gramStart"/>
      <w:r w:rsidR="00AE19B2">
        <w:rPr>
          <w:sz w:val="19"/>
        </w:rPr>
        <w:t>a</w:t>
      </w:r>
      <w:proofErr w:type="gramEnd"/>
      <w:r w:rsidR="00AE19B2">
        <w:rPr>
          <w:sz w:val="19"/>
        </w:rPr>
        <w:t xml:space="preserve"> asumir la tutoría y supervisión científica del investigador/a doctor/a contratado/a durante los 36 meses de ejecución de la ayuda, garantizando la correcta inte</w:t>
      </w:r>
      <w:r w:rsidR="00AE19B2">
        <w:rPr>
          <w:sz w:val="19"/>
        </w:rPr>
        <w:t>gración del proyecto en el grupo de investigación UMH y en la entidad receptora.</w:t>
      </w:r>
    </w:p>
    <w:p w14:paraId="02702AD0" w14:textId="6F40DD94" w:rsidR="004155A4" w:rsidRDefault="00017DC1" w:rsidP="00A500C3">
      <w:pPr>
        <w:spacing w:beforeLines="120" w:before="288" w:afterLines="120" w:after="288"/>
        <w:ind w:left="289"/>
        <w:jc w:val="both"/>
      </w:pPr>
      <w:r>
        <w:rPr>
          <w:b/>
          <w:color w:val="1F4E79"/>
          <w:sz w:val="19"/>
        </w:rPr>
        <w:lastRenderedPageBreak/>
        <w:t>4.</w:t>
      </w:r>
      <w:r w:rsidR="00AE19B2">
        <w:rPr>
          <w:b/>
          <w:color w:val="1F4E79"/>
          <w:sz w:val="19"/>
        </w:rPr>
        <w:t xml:space="preserve">3. COMPROMISO </w:t>
      </w:r>
      <w:r w:rsidR="00AE19B2">
        <w:rPr>
          <w:b/>
          <w:color w:val="1F4E79"/>
          <w:sz w:val="19"/>
        </w:rPr>
        <w:t>DE COFINANCIACIÓN</w:t>
      </w:r>
      <w:r w:rsidR="00AE19B2">
        <w:rPr>
          <w:b/>
          <w:color w:val="1F4E79"/>
          <w:sz w:val="19"/>
        </w:rPr>
        <w:t xml:space="preserve">: </w:t>
      </w:r>
      <w:r w:rsidR="00AE19B2">
        <w:rPr>
          <w:sz w:val="19"/>
        </w:rPr>
        <w:t xml:space="preserve">SE COMPROMETE </w:t>
      </w:r>
      <w:r w:rsidR="001F5F3D" w:rsidRPr="001F5F3D">
        <w:rPr>
          <w:sz w:val="19"/>
        </w:rPr>
        <w:t xml:space="preserve">a </w:t>
      </w:r>
      <w:proofErr w:type="spellStart"/>
      <w:r w:rsidR="001F5F3D" w:rsidRPr="001F5F3D">
        <w:rPr>
          <w:sz w:val="19"/>
        </w:rPr>
        <w:t>asumir</w:t>
      </w:r>
      <w:proofErr w:type="spellEnd"/>
      <w:r w:rsidR="001F5F3D" w:rsidRPr="001F5F3D">
        <w:rPr>
          <w:sz w:val="19"/>
        </w:rPr>
        <w:t xml:space="preserve">, con cargo a los </w:t>
      </w:r>
      <w:proofErr w:type="spellStart"/>
      <w:r w:rsidR="001F5F3D" w:rsidRPr="001F5F3D">
        <w:rPr>
          <w:sz w:val="19"/>
        </w:rPr>
        <w:t>créditos</w:t>
      </w:r>
      <w:proofErr w:type="spellEnd"/>
      <w:r w:rsidR="001F5F3D" w:rsidRPr="001F5F3D">
        <w:rPr>
          <w:sz w:val="19"/>
        </w:rPr>
        <w:t xml:space="preserve"> o </w:t>
      </w:r>
      <w:proofErr w:type="spellStart"/>
      <w:r w:rsidR="001F5F3D" w:rsidRPr="001F5F3D">
        <w:rPr>
          <w:sz w:val="19"/>
        </w:rPr>
        <w:t>fondos</w:t>
      </w:r>
      <w:proofErr w:type="spellEnd"/>
      <w:r w:rsidR="001F5F3D" w:rsidRPr="001F5F3D">
        <w:rPr>
          <w:sz w:val="19"/>
        </w:rPr>
        <w:t xml:space="preserve"> de libre </w:t>
      </w:r>
      <w:proofErr w:type="spellStart"/>
      <w:r w:rsidR="001F5F3D" w:rsidRPr="001F5F3D">
        <w:rPr>
          <w:sz w:val="19"/>
        </w:rPr>
        <w:t>disposición</w:t>
      </w:r>
      <w:proofErr w:type="spellEnd"/>
      <w:r w:rsidR="001F5F3D" w:rsidRPr="001F5F3D">
        <w:rPr>
          <w:sz w:val="19"/>
        </w:rPr>
        <w:t xml:space="preserve"> para </w:t>
      </w:r>
      <w:proofErr w:type="spellStart"/>
      <w:r w:rsidR="001F5F3D" w:rsidRPr="001F5F3D">
        <w:rPr>
          <w:sz w:val="19"/>
        </w:rPr>
        <w:t>investigación</w:t>
      </w:r>
      <w:proofErr w:type="spellEnd"/>
      <w:r w:rsidR="001F5F3D" w:rsidRPr="001F5F3D">
        <w:rPr>
          <w:sz w:val="19"/>
        </w:rPr>
        <w:t xml:space="preserve"> que </w:t>
      </w:r>
      <w:proofErr w:type="spellStart"/>
      <w:r w:rsidR="001F5F3D" w:rsidRPr="001F5F3D">
        <w:rPr>
          <w:sz w:val="19"/>
        </w:rPr>
        <w:t>teng</w:t>
      </w:r>
      <w:r w:rsidR="001F5F3D">
        <w:rPr>
          <w:sz w:val="19"/>
        </w:rPr>
        <w:t>a</w:t>
      </w:r>
      <w:proofErr w:type="spellEnd"/>
      <w:r w:rsidR="001F5F3D" w:rsidRPr="001F5F3D">
        <w:rPr>
          <w:sz w:val="19"/>
        </w:rPr>
        <w:t xml:space="preserve"> </w:t>
      </w:r>
      <w:proofErr w:type="spellStart"/>
      <w:r w:rsidR="001F5F3D" w:rsidRPr="001F5F3D">
        <w:rPr>
          <w:sz w:val="19"/>
        </w:rPr>
        <w:t>adscritos</w:t>
      </w:r>
      <w:proofErr w:type="spellEnd"/>
      <w:r w:rsidR="001F5F3D" w:rsidRPr="001F5F3D">
        <w:rPr>
          <w:sz w:val="19"/>
        </w:rPr>
        <w:t xml:space="preserve"> (GIGI, PAR o similar), [</w:t>
      </w:r>
      <w:proofErr w:type="spellStart"/>
      <w:r w:rsidR="001F5F3D" w:rsidRPr="001F5F3D">
        <w:rPr>
          <w:sz w:val="19"/>
        </w:rPr>
        <w:t>indicar</w:t>
      </w:r>
      <w:proofErr w:type="spellEnd"/>
      <w:r w:rsidR="001F5F3D" w:rsidRPr="001F5F3D">
        <w:rPr>
          <w:sz w:val="19"/>
        </w:rPr>
        <w:t xml:space="preserve"> </w:t>
      </w:r>
      <w:proofErr w:type="spellStart"/>
      <w:r w:rsidR="001F5F3D" w:rsidRPr="001F5F3D">
        <w:rPr>
          <w:sz w:val="19"/>
        </w:rPr>
        <w:t>centro</w:t>
      </w:r>
      <w:proofErr w:type="spellEnd"/>
      <w:r w:rsidR="001F5F3D" w:rsidRPr="001F5F3D">
        <w:rPr>
          <w:sz w:val="19"/>
        </w:rPr>
        <w:t xml:space="preserve"> de </w:t>
      </w:r>
      <w:proofErr w:type="spellStart"/>
      <w:proofErr w:type="gramStart"/>
      <w:r w:rsidR="001F5F3D" w:rsidRPr="001F5F3D">
        <w:rPr>
          <w:sz w:val="19"/>
        </w:rPr>
        <w:t>gasto</w:t>
      </w:r>
      <w:proofErr w:type="spellEnd"/>
      <w:r w:rsidR="001F5F3D" w:rsidRPr="001F5F3D">
        <w:rPr>
          <w:sz w:val="19"/>
        </w:rPr>
        <w:t>]…</w:t>
      </w:r>
      <w:proofErr w:type="gramEnd"/>
      <w:r w:rsidR="001F5F3D" w:rsidRPr="001F5F3D">
        <w:rPr>
          <w:sz w:val="19"/>
        </w:rPr>
        <w:t xml:space="preserve">……………………………………………………………, </w:t>
      </w:r>
      <w:proofErr w:type="spellStart"/>
      <w:r w:rsidR="001F5F3D" w:rsidRPr="001F5F3D">
        <w:rPr>
          <w:sz w:val="19"/>
        </w:rPr>
        <w:t>cualquier</w:t>
      </w:r>
      <w:proofErr w:type="spellEnd"/>
      <w:r w:rsidR="001F5F3D" w:rsidRPr="001F5F3D">
        <w:rPr>
          <w:sz w:val="19"/>
        </w:rPr>
        <w:t xml:space="preserve"> </w:t>
      </w:r>
      <w:proofErr w:type="spellStart"/>
      <w:r w:rsidR="001F5F3D" w:rsidRPr="001F5F3D">
        <w:rPr>
          <w:sz w:val="19"/>
        </w:rPr>
        <w:t>diferencia</w:t>
      </w:r>
      <w:proofErr w:type="spellEnd"/>
      <w:r w:rsidR="001F5F3D" w:rsidRPr="001F5F3D">
        <w:rPr>
          <w:sz w:val="19"/>
        </w:rPr>
        <w:t xml:space="preserve"> </w:t>
      </w:r>
      <w:proofErr w:type="spellStart"/>
      <w:r w:rsidR="001F5F3D" w:rsidRPr="001F5F3D">
        <w:rPr>
          <w:sz w:val="19"/>
        </w:rPr>
        <w:t>económica</w:t>
      </w:r>
      <w:proofErr w:type="spellEnd"/>
      <w:r w:rsidR="001F5F3D" w:rsidRPr="001F5F3D">
        <w:rPr>
          <w:sz w:val="19"/>
        </w:rPr>
        <w:t xml:space="preserve"> entre la </w:t>
      </w:r>
      <w:proofErr w:type="spellStart"/>
      <w:r w:rsidR="00AE19B2">
        <w:rPr>
          <w:sz w:val="19"/>
        </w:rPr>
        <w:t>ayuda</w:t>
      </w:r>
      <w:proofErr w:type="spellEnd"/>
      <w:r w:rsidR="001F5F3D" w:rsidRPr="001F5F3D">
        <w:rPr>
          <w:sz w:val="19"/>
        </w:rPr>
        <w:t xml:space="preserve"> </w:t>
      </w:r>
      <w:proofErr w:type="spellStart"/>
      <w:r w:rsidR="001F5F3D" w:rsidRPr="001F5F3D">
        <w:rPr>
          <w:sz w:val="19"/>
        </w:rPr>
        <w:t>concedida</w:t>
      </w:r>
      <w:proofErr w:type="spellEnd"/>
      <w:r w:rsidR="001F5F3D" w:rsidRPr="001F5F3D">
        <w:rPr>
          <w:sz w:val="19"/>
        </w:rPr>
        <w:t xml:space="preserve"> y </w:t>
      </w:r>
      <w:proofErr w:type="spellStart"/>
      <w:r w:rsidR="001F5F3D" w:rsidRPr="001F5F3D">
        <w:rPr>
          <w:sz w:val="19"/>
        </w:rPr>
        <w:t>el</w:t>
      </w:r>
      <w:proofErr w:type="spellEnd"/>
      <w:r w:rsidR="001F5F3D" w:rsidRPr="001F5F3D">
        <w:rPr>
          <w:sz w:val="19"/>
        </w:rPr>
        <w:t xml:space="preserve"> </w:t>
      </w:r>
      <w:proofErr w:type="spellStart"/>
      <w:r w:rsidR="001F5F3D" w:rsidRPr="001F5F3D">
        <w:rPr>
          <w:sz w:val="19"/>
        </w:rPr>
        <w:t>coste</w:t>
      </w:r>
      <w:proofErr w:type="spellEnd"/>
      <w:r w:rsidR="001F5F3D" w:rsidRPr="001F5F3D">
        <w:rPr>
          <w:sz w:val="19"/>
        </w:rPr>
        <w:t xml:space="preserve"> total del </w:t>
      </w:r>
      <w:proofErr w:type="spellStart"/>
      <w:r w:rsidR="001F5F3D" w:rsidRPr="001F5F3D">
        <w:rPr>
          <w:sz w:val="19"/>
        </w:rPr>
        <w:t>contrato</w:t>
      </w:r>
      <w:proofErr w:type="spellEnd"/>
      <w:r w:rsidR="001F5F3D" w:rsidRPr="001F5F3D">
        <w:rPr>
          <w:sz w:val="19"/>
        </w:rPr>
        <w:t xml:space="preserve">, </w:t>
      </w:r>
      <w:proofErr w:type="spellStart"/>
      <w:r w:rsidR="001F5F3D" w:rsidRPr="001F5F3D">
        <w:rPr>
          <w:sz w:val="19"/>
        </w:rPr>
        <w:t>en</w:t>
      </w:r>
      <w:proofErr w:type="spellEnd"/>
      <w:r w:rsidR="001F5F3D" w:rsidRPr="001F5F3D">
        <w:rPr>
          <w:sz w:val="19"/>
        </w:rPr>
        <w:t xml:space="preserve"> </w:t>
      </w:r>
      <w:proofErr w:type="spellStart"/>
      <w:r w:rsidR="001F5F3D" w:rsidRPr="001F5F3D">
        <w:rPr>
          <w:sz w:val="19"/>
        </w:rPr>
        <w:t>caso</w:t>
      </w:r>
      <w:proofErr w:type="spellEnd"/>
      <w:r w:rsidR="001F5F3D" w:rsidRPr="001F5F3D">
        <w:rPr>
          <w:sz w:val="19"/>
        </w:rPr>
        <w:t xml:space="preserve"> de que la </w:t>
      </w:r>
      <w:proofErr w:type="spellStart"/>
      <w:r w:rsidR="001F5F3D" w:rsidRPr="001F5F3D">
        <w:rPr>
          <w:sz w:val="19"/>
        </w:rPr>
        <w:t>subvención</w:t>
      </w:r>
      <w:proofErr w:type="spellEnd"/>
      <w:r w:rsidR="001F5F3D" w:rsidRPr="001F5F3D">
        <w:rPr>
          <w:sz w:val="19"/>
        </w:rPr>
        <w:t xml:space="preserve"> sea </w:t>
      </w:r>
      <w:proofErr w:type="spellStart"/>
      <w:r w:rsidR="001F5F3D" w:rsidRPr="001F5F3D">
        <w:rPr>
          <w:sz w:val="19"/>
        </w:rPr>
        <w:t>concedida</w:t>
      </w:r>
      <w:proofErr w:type="spellEnd"/>
      <w:r w:rsidR="00AE19B2">
        <w:rPr>
          <w:sz w:val="19"/>
        </w:rPr>
        <w:t>.</w:t>
      </w:r>
    </w:p>
    <w:p w14:paraId="24271DAB" w14:textId="7F02D942" w:rsidR="004155A4" w:rsidRDefault="00017DC1" w:rsidP="00A500C3">
      <w:pPr>
        <w:spacing w:beforeLines="120" w:before="288" w:afterLines="120" w:after="288"/>
        <w:ind w:left="289"/>
        <w:jc w:val="both"/>
      </w:pPr>
      <w:r>
        <w:rPr>
          <w:b/>
          <w:color w:val="1F4E79"/>
          <w:sz w:val="19"/>
        </w:rPr>
        <w:t>4.</w:t>
      </w:r>
      <w:r w:rsidR="00AE19B2">
        <w:rPr>
          <w:b/>
          <w:color w:val="1F4E79"/>
          <w:sz w:val="19"/>
        </w:rPr>
        <w:t xml:space="preserve">4. Garantía de Espacios, Equipamiento y Medios de Investigación: </w:t>
      </w:r>
      <w:r w:rsidR="00AE19B2">
        <w:rPr>
          <w:sz w:val="19"/>
        </w:rPr>
        <w:t xml:space="preserve">GARANTIZA que la persona contratada dispondrá </w:t>
      </w:r>
      <w:r w:rsidR="00AE19B2">
        <w:rPr>
          <w:sz w:val="19"/>
        </w:rPr>
        <w:t xml:space="preserve">de los </w:t>
      </w:r>
      <w:proofErr w:type="spellStart"/>
      <w:r w:rsidR="00AE19B2">
        <w:rPr>
          <w:sz w:val="19"/>
        </w:rPr>
        <w:t>espacios</w:t>
      </w:r>
      <w:proofErr w:type="spellEnd"/>
      <w:r w:rsidR="00E41851">
        <w:rPr>
          <w:sz w:val="19"/>
        </w:rPr>
        <w:t xml:space="preserve">, </w:t>
      </w:r>
      <w:proofErr w:type="spellStart"/>
      <w:r w:rsidR="00E41851" w:rsidRPr="00E41851">
        <w:rPr>
          <w:sz w:val="19"/>
        </w:rPr>
        <w:t>instalaciones</w:t>
      </w:r>
      <w:proofErr w:type="spellEnd"/>
      <w:r w:rsidR="00E41851" w:rsidRPr="00E41851">
        <w:rPr>
          <w:sz w:val="19"/>
        </w:rPr>
        <w:t xml:space="preserve"> y </w:t>
      </w:r>
      <w:proofErr w:type="spellStart"/>
      <w:r w:rsidR="00E41851" w:rsidRPr="00E41851">
        <w:rPr>
          <w:sz w:val="19"/>
        </w:rPr>
        <w:t>medios</w:t>
      </w:r>
      <w:proofErr w:type="spellEnd"/>
      <w:r w:rsidR="00E41851" w:rsidRPr="00E41851">
        <w:rPr>
          <w:sz w:val="19"/>
        </w:rPr>
        <w:t xml:space="preserve"> </w:t>
      </w:r>
      <w:proofErr w:type="spellStart"/>
      <w:r w:rsidR="00E41851" w:rsidRPr="00E41851">
        <w:rPr>
          <w:sz w:val="19"/>
        </w:rPr>
        <w:t>necesarios</w:t>
      </w:r>
      <w:proofErr w:type="spellEnd"/>
      <w:r w:rsidR="00E41851" w:rsidRPr="00E41851">
        <w:rPr>
          <w:sz w:val="19"/>
        </w:rPr>
        <w:t xml:space="preserve"> para </w:t>
      </w:r>
      <w:proofErr w:type="spellStart"/>
      <w:r w:rsidR="00E41851" w:rsidRPr="00E41851">
        <w:rPr>
          <w:sz w:val="19"/>
        </w:rPr>
        <w:t>el</w:t>
      </w:r>
      <w:proofErr w:type="spellEnd"/>
      <w:r w:rsidR="00E41851" w:rsidRPr="00E41851">
        <w:rPr>
          <w:sz w:val="19"/>
        </w:rPr>
        <w:t xml:space="preserve"> </w:t>
      </w:r>
      <w:proofErr w:type="spellStart"/>
      <w:r w:rsidR="00E41851" w:rsidRPr="00E41851">
        <w:rPr>
          <w:sz w:val="19"/>
        </w:rPr>
        <w:t>adecuado</w:t>
      </w:r>
      <w:proofErr w:type="spellEnd"/>
      <w:r w:rsidR="00E41851" w:rsidRPr="00E41851">
        <w:rPr>
          <w:sz w:val="19"/>
        </w:rPr>
        <w:t xml:space="preserve"> </w:t>
      </w:r>
      <w:proofErr w:type="spellStart"/>
      <w:r w:rsidR="00E41851" w:rsidRPr="00E41851">
        <w:rPr>
          <w:sz w:val="19"/>
        </w:rPr>
        <w:t>desarrollo</w:t>
      </w:r>
      <w:proofErr w:type="spellEnd"/>
      <w:r w:rsidR="00E41851" w:rsidRPr="00E41851">
        <w:rPr>
          <w:sz w:val="19"/>
        </w:rPr>
        <w:t xml:space="preserve"> del </w:t>
      </w:r>
      <w:proofErr w:type="spellStart"/>
      <w:r w:rsidR="00AE19B2">
        <w:rPr>
          <w:sz w:val="19"/>
        </w:rPr>
        <w:t>proyecto</w:t>
      </w:r>
      <w:proofErr w:type="spellEnd"/>
      <w:r w:rsidR="00AE19B2">
        <w:rPr>
          <w:sz w:val="19"/>
        </w:rPr>
        <w:t xml:space="preserve"> de </w:t>
      </w:r>
      <w:proofErr w:type="spellStart"/>
      <w:r w:rsidR="00AE19B2">
        <w:rPr>
          <w:sz w:val="19"/>
        </w:rPr>
        <w:t>transf</w:t>
      </w:r>
      <w:r w:rsidR="00AE19B2">
        <w:rPr>
          <w:sz w:val="19"/>
        </w:rPr>
        <w:t>erencia</w:t>
      </w:r>
      <w:proofErr w:type="spellEnd"/>
      <w:r w:rsidR="00AE19B2">
        <w:rPr>
          <w:sz w:val="19"/>
        </w:rPr>
        <w:t xml:space="preserve"> </w:t>
      </w:r>
      <w:proofErr w:type="spellStart"/>
      <w:r w:rsidR="00AE19B2">
        <w:rPr>
          <w:sz w:val="19"/>
        </w:rPr>
        <w:t>en</w:t>
      </w:r>
      <w:proofErr w:type="spellEnd"/>
      <w:r w:rsidR="00AE19B2">
        <w:rPr>
          <w:sz w:val="19"/>
        </w:rPr>
        <w:t xml:space="preserve"> coordinación con la </w:t>
      </w:r>
      <w:proofErr w:type="spellStart"/>
      <w:r w:rsidR="00AE19B2">
        <w:rPr>
          <w:sz w:val="19"/>
        </w:rPr>
        <w:t>entidad</w:t>
      </w:r>
      <w:proofErr w:type="spellEnd"/>
      <w:r w:rsidR="00AE19B2">
        <w:rPr>
          <w:sz w:val="19"/>
        </w:rPr>
        <w:t xml:space="preserve"> </w:t>
      </w:r>
      <w:proofErr w:type="spellStart"/>
      <w:r w:rsidR="001F5F3D">
        <w:rPr>
          <w:sz w:val="19"/>
        </w:rPr>
        <w:t>colaboradora</w:t>
      </w:r>
      <w:proofErr w:type="spellEnd"/>
      <w:r w:rsidR="00AE19B2">
        <w:rPr>
          <w:sz w:val="19"/>
        </w:rPr>
        <w:t>.</w:t>
      </w:r>
    </w:p>
    <w:p w14:paraId="3F070FF8" w14:textId="77777777" w:rsidR="004155A4" w:rsidRDefault="004155A4" w:rsidP="00A500C3">
      <w:pPr>
        <w:spacing w:beforeLines="120" w:before="288" w:afterLines="120" w:after="288"/>
      </w:pPr>
    </w:p>
    <w:p w14:paraId="6A412EF7" w14:textId="77777777" w:rsidR="00E41851" w:rsidRDefault="00E41851">
      <w:pPr>
        <w:spacing w:after="240"/>
        <w:rPr>
          <w:sz w:val="20"/>
        </w:rPr>
      </w:pPr>
    </w:p>
    <w:p w14:paraId="0CFC6EB2" w14:textId="4E95F768" w:rsidR="004155A4" w:rsidRDefault="00AE19B2">
      <w:pPr>
        <w:spacing w:after="240"/>
      </w:pPr>
      <w:proofErr w:type="spellStart"/>
      <w:r>
        <w:rPr>
          <w:sz w:val="20"/>
        </w:rPr>
        <w:t>En</w:t>
      </w:r>
      <w:proofErr w:type="spellEnd"/>
      <w:r>
        <w:rPr>
          <w:sz w:val="20"/>
        </w:rPr>
        <w:t xml:space="preserve"> Elche, a _____ de ___________________ de 2026.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4155A4" w14:paraId="2438CFF7" w14:textId="77777777">
        <w:trPr>
          <w:jc w:val="center"/>
        </w:trPr>
        <w:tc>
          <w:tcPr>
            <w:tcW w:w="4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B645F" w14:textId="77777777" w:rsidR="00E41851" w:rsidRDefault="00E41851">
            <w:pPr>
              <w:rPr>
                <w:sz w:val="18"/>
              </w:rPr>
            </w:pPr>
          </w:p>
          <w:p w14:paraId="237EDEE9" w14:textId="77777777" w:rsidR="00E41851" w:rsidRDefault="00E41851">
            <w:pPr>
              <w:rPr>
                <w:sz w:val="18"/>
              </w:rPr>
            </w:pPr>
          </w:p>
          <w:p w14:paraId="4B2F4EB9" w14:textId="620EEA8D" w:rsidR="004155A4" w:rsidRDefault="00AE19B2">
            <w:r>
              <w:rPr>
                <w:sz w:val="18"/>
              </w:rPr>
              <w:t>LA PERSONA INVESTIGADORA RESPONSABLE (IP):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</w:t>
            </w:r>
            <w:r>
              <w:rPr>
                <w:sz w:val="18"/>
              </w:rPr>
              <w:t>________________________</w:t>
            </w:r>
            <w:r>
              <w:rPr>
                <w:sz w:val="18"/>
              </w:rPr>
              <w:br/>
              <w:t>Fdo.: [Nombre del/de la IP Responsable UMH]</w:t>
            </w:r>
          </w:p>
        </w:tc>
        <w:tc>
          <w:tcPr>
            <w:tcW w:w="4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FEABB" w14:textId="77777777" w:rsidR="00E41851" w:rsidRDefault="00E41851">
            <w:pPr>
              <w:rPr>
                <w:sz w:val="18"/>
              </w:rPr>
            </w:pPr>
          </w:p>
          <w:p w14:paraId="544FCAB2" w14:textId="77777777" w:rsidR="00E41851" w:rsidRDefault="00E41851">
            <w:pPr>
              <w:rPr>
                <w:sz w:val="18"/>
              </w:rPr>
            </w:pPr>
          </w:p>
          <w:p w14:paraId="70EBE18D" w14:textId="746BAE69" w:rsidR="004155A4" w:rsidRDefault="00AE19B2">
            <w:r>
              <w:rPr>
                <w:sz w:val="18"/>
              </w:rPr>
              <w:t>Vº Bº DEL/DE LA DIRECTOR/A DEL DEPARTAMENTO</w:t>
            </w:r>
            <w:r>
              <w:rPr>
                <w:sz w:val="18"/>
              </w:rPr>
              <w:t>: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__________________________________________</w:t>
            </w:r>
            <w:r>
              <w:rPr>
                <w:sz w:val="18"/>
              </w:rPr>
              <w:br/>
            </w:r>
            <w:proofErr w:type="spellStart"/>
            <w:r>
              <w:rPr>
                <w:sz w:val="18"/>
              </w:rPr>
              <w:t>Fdo</w:t>
            </w:r>
            <w:proofErr w:type="spellEnd"/>
            <w:r>
              <w:rPr>
                <w:sz w:val="18"/>
              </w:rPr>
              <w:t xml:space="preserve">.: [Nombre del/de la Director/a </w:t>
            </w:r>
            <w:proofErr w:type="spellStart"/>
            <w:r>
              <w:rPr>
                <w:sz w:val="18"/>
              </w:rPr>
              <w:t>Dpto</w:t>
            </w:r>
            <w:proofErr w:type="spellEnd"/>
            <w:r>
              <w:rPr>
                <w:sz w:val="18"/>
              </w:rPr>
              <w:t>.]</w:t>
            </w:r>
          </w:p>
        </w:tc>
      </w:tr>
      <w:tr w:rsidR="00A500C3" w14:paraId="365C0C40" w14:textId="77777777">
        <w:trPr>
          <w:jc w:val="center"/>
        </w:trPr>
        <w:tc>
          <w:tcPr>
            <w:tcW w:w="4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032CD" w14:textId="77777777" w:rsidR="00A500C3" w:rsidRDefault="00A500C3">
            <w:pPr>
              <w:rPr>
                <w:sz w:val="18"/>
              </w:rPr>
            </w:pPr>
          </w:p>
        </w:tc>
        <w:tc>
          <w:tcPr>
            <w:tcW w:w="4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9C4B4" w14:textId="77777777" w:rsidR="00A500C3" w:rsidRDefault="00A500C3">
            <w:pPr>
              <w:rPr>
                <w:sz w:val="18"/>
              </w:rPr>
            </w:pPr>
          </w:p>
        </w:tc>
      </w:tr>
    </w:tbl>
    <w:p w14:paraId="31B252AA" w14:textId="77777777" w:rsidR="00A500C3" w:rsidRDefault="00A500C3" w:rsidP="00A500C3">
      <w:pPr>
        <w:rPr>
          <w:sz w:val="18"/>
        </w:rPr>
      </w:pPr>
    </w:p>
    <w:p w14:paraId="211A21F2" w14:textId="77777777" w:rsidR="00A500C3" w:rsidRDefault="00A500C3" w:rsidP="00A500C3">
      <w:pPr>
        <w:rPr>
          <w:sz w:val="18"/>
        </w:rPr>
      </w:pPr>
    </w:p>
    <w:p w14:paraId="328F0661" w14:textId="0E490737" w:rsidR="00000000" w:rsidRDefault="00A500C3" w:rsidP="00A500C3">
      <w:r>
        <w:rPr>
          <w:sz w:val="18"/>
        </w:rPr>
        <w:t>Vº Bº DEL/DE LA DIRECTOR/A DEL INSTITUTO DE INVESTIGACIÓN</w:t>
      </w:r>
      <w:r>
        <w:rPr>
          <w:sz w:val="18"/>
        </w:rPr>
        <w:t xml:space="preserve">, </w:t>
      </w:r>
      <w:proofErr w:type="spellStart"/>
      <w:r>
        <w:rPr>
          <w:sz w:val="18"/>
        </w:rPr>
        <w:t>en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su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caso</w:t>
      </w:r>
      <w:proofErr w:type="spellEnd"/>
      <w:r>
        <w:rPr>
          <w:sz w:val="18"/>
        </w:rPr>
        <w:t>:</w:t>
      </w:r>
      <w:r>
        <w:rPr>
          <w:sz w:val="18"/>
        </w:rPr>
        <w:br/>
      </w:r>
      <w:r>
        <w:rPr>
          <w:sz w:val="18"/>
        </w:rPr>
        <w:br/>
      </w:r>
      <w:r>
        <w:rPr>
          <w:sz w:val="18"/>
        </w:rPr>
        <w:br/>
        <w:t>__________________________________________</w:t>
      </w:r>
      <w:r>
        <w:rPr>
          <w:sz w:val="18"/>
        </w:rPr>
        <w:br/>
      </w:r>
      <w:proofErr w:type="spellStart"/>
      <w:r>
        <w:rPr>
          <w:sz w:val="18"/>
        </w:rPr>
        <w:t>Fdo</w:t>
      </w:r>
      <w:proofErr w:type="spellEnd"/>
      <w:r>
        <w:rPr>
          <w:sz w:val="18"/>
        </w:rPr>
        <w:t>.: [</w:t>
      </w:r>
      <w:proofErr w:type="spellStart"/>
      <w:r>
        <w:rPr>
          <w:sz w:val="18"/>
        </w:rPr>
        <w:t>Nombre</w:t>
      </w:r>
      <w:proofErr w:type="spellEnd"/>
      <w:r>
        <w:rPr>
          <w:sz w:val="18"/>
        </w:rPr>
        <w:t xml:space="preserve"> del/de la Director/a </w:t>
      </w:r>
      <w:r>
        <w:rPr>
          <w:sz w:val="18"/>
        </w:rPr>
        <w:t>I</w:t>
      </w:r>
      <w:r>
        <w:rPr>
          <w:sz w:val="18"/>
        </w:rPr>
        <w:t>nst</w:t>
      </w:r>
      <w:r>
        <w:rPr>
          <w:sz w:val="18"/>
        </w:rPr>
        <w:t>ituto</w:t>
      </w:r>
      <w:r>
        <w:rPr>
          <w:sz w:val="18"/>
        </w:rPr>
        <w:t>]</w:t>
      </w:r>
    </w:p>
    <w:sectPr w:rsidR="00000000" w:rsidSect="00B34B46">
      <w:headerReference w:type="default" r:id="rId8"/>
      <w:footerReference w:type="default" r:id="rId9"/>
      <w:pgSz w:w="12240" w:h="15840"/>
      <w:pgMar w:top="2268" w:right="1325" w:bottom="1985" w:left="1440" w:header="284" w:footer="5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1F8E5" w14:textId="77777777" w:rsidR="00000000" w:rsidRDefault="00AE19B2">
      <w:pPr>
        <w:spacing w:after="0" w:line="240" w:lineRule="auto"/>
      </w:pPr>
      <w:r>
        <w:separator/>
      </w:r>
    </w:p>
  </w:endnote>
  <w:endnote w:type="continuationSeparator" w:id="0">
    <w:p w14:paraId="707B7994" w14:textId="77777777" w:rsidR="00000000" w:rsidRDefault="00AE1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D0A44" w14:textId="71C086FB" w:rsidR="006D53DA" w:rsidRPr="00EE6897" w:rsidRDefault="006D53DA" w:rsidP="006D53DA">
    <w:pPr>
      <w:spacing w:after="480"/>
      <w:jc w:val="center"/>
      <w:rPr>
        <w:rFonts w:cs="Calibri"/>
        <w:b/>
        <w:bCs/>
        <w:color w:val="auto"/>
        <w:sz w:val="20"/>
        <w:szCs w:val="20"/>
      </w:rPr>
    </w:pPr>
    <w:bookmarkStart w:id="2" w:name="_Hlk244525550"/>
    <w:bookmarkStart w:id="3" w:name="_Hlk244525551"/>
    <w:r w:rsidRPr="00EE6897">
      <w:rPr>
        <w:rFonts w:cs="Calibri"/>
        <w:b/>
        <w:bCs/>
        <w:color w:val="auto"/>
        <w:sz w:val="20"/>
        <w:szCs w:val="20"/>
      </w:rPr>
      <w:t xml:space="preserve">A la </w:t>
    </w:r>
    <w:proofErr w:type="spellStart"/>
    <w:r w:rsidRPr="00EE6897">
      <w:rPr>
        <w:rFonts w:cs="Calibri"/>
        <w:b/>
        <w:bCs/>
        <w:color w:val="auto"/>
        <w:sz w:val="20"/>
        <w:szCs w:val="20"/>
      </w:rPr>
      <w:t>atención</w:t>
    </w:r>
    <w:proofErr w:type="spellEnd"/>
    <w:r w:rsidRPr="00EE6897">
      <w:rPr>
        <w:rFonts w:cs="Calibri"/>
        <w:b/>
        <w:bCs/>
        <w:color w:val="auto"/>
        <w:sz w:val="20"/>
        <w:szCs w:val="20"/>
      </w:rPr>
      <w:t xml:space="preserve"> </w:t>
    </w:r>
    <w:r w:rsidRPr="00EE6897">
      <w:rPr>
        <w:rFonts w:cs="Calibri"/>
        <w:b/>
        <w:bCs/>
        <w:color w:val="auto"/>
        <w:sz w:val="20"/>
        <w:szCs w:val="20"/>
      </w:rPr>
      <w:t xml:space="preserve">del </w:t>
    </w:r>
    <w:proofErr w:type="spellStart"/>
    <w:r w:rsidRPr="00EE6897">
      <w:rPr>
        <w:rFonts w:cs="Calibri"/>
        <w:b/>
        <w:bCs/>
        <w:color w:val="auto"/>
        <w:sz w:val="20"/>
        <w:szCs w:val="20"/>
      </w:rPr>
      <w:t>Vicerrector</w:t>
    </w:r>
    <w:proofErr w:type="spellEnd"/>
    <w:r w:rsidRPr="00EE6897">
      <w:rPr>
        <w:rFonts w:cs="Calibri"/>
        <w:b/>
        <w:bCs/>
        <w:color w:val="auto"/>
        <w:sz w:val="20"/>
        <w:szCs w:val="20"/>
      </w:rPr>
      <w:t xml:space="preserve"> de </w:t>
    </w:r>
    <w:proofErr w:type="spellStart"/>
    <w:r w:rsidRPr="00EE6897">
      <w:rPr>
        <w:rFonts w:cs="Calibri"/>
        <w:b/>
        <w:bCs/>
        <w:color w:val="auto"/>
        <w:sz w:val="20"/>
        <w:szCs w:val="20"/>
      </w:rPr>
      <w:t>Investigación</w:t>
    </w:r>
    <w:proofErr w:type="spellEnd"/>
    <w:r w:rsidRPr="00EE6897">
      <w:rPr>
        <w:rFonts w:cs="Calibri"/>
        <w:b/>
        <w:bCs/>
        <w:color w:val="auto"/>
        <w:sz w:val="20"/>
        <w:szCs w:val="20"/>
      </w:rPr>
      <w:t xml:space="preserve"> y </w:t>
    </w:r>
    <w:proofErr w:type="spellStart"/>
    <w:r w:rsidRPr="00EE6897">
      <w:rPr>
        <w:rFonts w:cs="Calibri"/>
        <w:b/>
        <w:bCs/>
        <w:color w:val="auto"/>
        <w:sz w:val="20"/>
        <w:szCs w:val="20"/>
      </w:rPr>
      <w:t>Transferencia</w:t>
    </w:r>
    <w:proofErr w:type="spellEnd"/>
  </w:p>
  <w:bookmarkEnd w:id="2"/>
  <w:bookmarkEnd w:id="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4944D" w14:textId="77777777" w:rsidR="00000000" w:rsidRDefault="00AE19B2">
      <w:pPr>
        <w:spacing w:after="0" w:line="240" w:lineRule="auto"/>
      </w:pPr>
      <w:r>
        <w:separator/>
      </w:r>
    </w:p>
  </w:footnote>
  <w:footnote w:type="continuationSeparator" w:id="0">
    <w:p w14:paraId="57B602E0" w14:textId="77777777" w:rsidR="00000000" w:rsidRDefault="00AE1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F0DE7" w14:textId="46D85E6D" w:rsidR="00B34B46" w:rsidRDefault="00B34B46" w:rsidP="00B34B46">
    <w:pPr>
      <w:pStyle w:val="Piedepgina"/>
      <w:jc w:val="center"/>
    </w:pPr>
    <w:proofErr w:type="spellStart"/>
    <w:r>
      <w:t>Documento</w:t>
    </w:r>
    <w:proofErr w:type="spellEnd"/>
    <w:r>
      <w:t xml:space="preserve"> de Aval y </w:t>
    </w:r>
    <w:proofErr w:type="spellStart"/>
    <w:r>
      <w:t>Compromiso</w:t>
    </w:r>
    <w:proofErr w:type="spellEnd"/>
    <w:r>
      <w:t xml:space="preserve"> de </w:t>
    </w:r>
    <w:proofErr w:type="spellStart"/>
    <w:r>
      <w:t>Cofinanciación</w:t>
    </w:r>
    <w:proofErr w:type="spellEnd"/>
    <w:r>
      <w:t xml:space="preserve"> del IP - EMGENT 2027</w:t>
    </w:r>
  </w:p>
  <w:p w14:paraId="6F6A1BC9" w14:textId="75AB57FB" w:rsidR="004155A4" w:rsidRPr="00E41851" w:rsidRDefault="00B34B46" w:rsidP="00E41851">
    <w:pPr>
      <w:pStyle w:val="Encabezado"/>
      <w:jc w:val="center"/>
    </w:pPr>
    <w:r>
      <w:rPr>
        <w:rFonts w:ascii="Arial" w:hAnsi="Arial" w:cs="Arial"/>
        <w:noProof/>
        <w:color w:val="A5A5A5"/>
        <w:sz w:val="32"/>
        <w:szCs w:val="32"/>
        <w:lang w:eastAsia="es-ES"/>
      </w:rPr>
      <w:drawing>
        <wp:anchor distT="0" distB="0" distL="114300" distR="114300" simplePos="0" relativeHeight="251658240" behindDoc="1" locked="0" layoutInCell="1" allowOverlap="1" wp14:anchorId="28B737C7" wp14:editId="7950F76C">
          <wp:simplePos x="0" y="0"/>
          <wp:positionH relativeFrom="column">
            <wp:posOffset>1879863</wp:posOffset>
          </wp:positionH>
          <wp:positionV relativeFrom="paragraph">
            <wp:posOffset>264663</wp:posOffset>
          </wp:positionV>
          <wp:extent cx="2259965" cy="716280"/>
          <wp:effectExtent l="0" t="0" r="0" b="7620"/>
          <wp:wrapTight wrapText="bothSides">
            <wp:wrapPolygon edited="0">
              <wp:start x="364" y="2872"/>
              <wp:lineTo x="0" y="17809"/>
              <wp:lineTo x="0" y="19532"/>
              <wp:lineTo x="2731" y="21255"/>
              <wp:lineTo x="3641" y="21255"/>
              <wp:lineTo x="20028" y="17809"/>
              <wp:lineTo x="20756" y="14362"/>
              <wp:lineTo x="18936" y="13213"/>
              <wp:lineTo x="20756" y="9766"/>
              <wp:lineTo x="20028" y="5170"/>
              <wp:lineTo x="6008" y="2872"/>
              <wp:lineTo x="364" y="2872"/>
            </wp:wrapPolygon>
          </wp:wrapTight>
          <wp:docPr id="31" name="Imagen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996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DC1"/>
    <w:rsid w:val="00034616"/>
    <w:rsid w:val="0006063C"/>
    <w:rsid w:val="0015074B"/>
    <w:rsid w:val="001F5F3D"/>
    <w:rsid w:val="00282CB0"/>
    <w:rsid w:val="0029639D"/>
    <w:rsid w:val="00326F90"/>
    <w:rsid w:val="003D6B11"/>
    <w:rsid w:val="004155A4"/>
    <w:rsid w:val="006473A0"/>
    <w:rsid w:val="006D53DA"/>
    <w:rsid w:val="00A500C3"/>
    <w:rsid w:val="00AA1D8D"/>
    <w:rsid w:val="00AE19B2"/>
    <w:rsid w:val="00B34B46"/>
    <w:rsid w:val="00B47730"/>
    <w:rsid w:val="00CA48FF"/>
    <w:rsid w:val="00CB0664"/>
    <w:rsid w:val="00D47E6C"/>
    <w:rsid w:val="00E41851"/>
    <w:rsid w:val="00EE6897"/>
    <w:rsid w:val="00FC13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E054172"/>
  <w14:defaultImageDpi w14:val="300"/>
  <w15:docId w15:val="{589F677F-534E-45CA-A169-CB20732E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23232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787878"/>
      <w:sz w:val="17"/>
    </w:r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787878"/>
      <w:sz w:val="17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378C5.12CA13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521</Words>
  <Characters>2867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Cremades Cremades, Gloria</cp:lastModifiedBy>
  <cp:revision>9</cp:revision>
  <dcterms:created xsi:type="dcterms:W3CDTF">2013-12-23T23:15:00Z</dcterms:created>
  <dcterms:modified xsi:type="dcterms:W3CDTF">2026-11-02T14:40:00Z</dcterms:modified>
  <cp:category/>
</cp:coreProperties>
</file>